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 w:eastAsia="Arial" w:hint="cs"/>
          <w:sz w:val="96"/>
          <w:szCs w:val="96"/>
          <w:rtl/>
        </w:rPr>
        <w:t>📘</w:t>
      </w:r>
    </w:p>
    <w:p>
      <w:pPr>
        <w:bidi/>
        <w:pStyle w:val="Title"/>
        <w:jc w:val="center"/>
      </w:pPr>
      <w:r>
        <w:rPr>
          <w:rFonts w:ascii="Arial" w:hAnsi="Arial" w:cs="Arial" w:eastAsia="Arial" w:hint="cs"/>
          <w:b/>
          <w:color w:val="4B2BA8"/>
          <w:sz w:val="52"/>
          <w:szCs w:val="52"/>
          <w:bCs/>
          <w:rtl/>
        </w:rPr>
        <w:t>חוברת 2 – מאגר טקסטים לכיתה ז׳</w:t>
      </w:r>
    </w:p>
    <w:p>
      <w:pPr>
        <w:bidi/>
        <w:jc w:val="center"/>
      </w:pPr>
      <w:r>
        <w:rPr>
          <w:rFonts w:ascii="Arial" w:hAnsi="Arial" w:cs="Arial" w:eastAsia="Arial" w:hint="cs"/>
          <w:color w:val="555555"/>
          <w:sz w:val="28"/>
          <w:szCs w:val="28"/>
          <w:rtl/>
        </w:rPr>
        <w:t>הבנת הנקרא · טקסטים 11–20 · גרסה: עולים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6A3FD4"/>
          <w:sz w:val="28"/>
          <w:szCs w:val="28"/>
          <w:bCs/>
          <w:rtl/>
        </w:rPr>
        <w:t>תוכן העניינים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1. 📝 מאה זה לא הכול: מכתב פתוח על לחץ הציונים (טור דעה)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2. 🎧 האוזניות כמקלט: למה בני נוער מקשיבים למוזיקה כשקשה? (כתבה)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3. 🗣️ הורים, תקשיבו רגע (וגם אנחנו) (טור דעה)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4. 🕯️ 25 שעות בלי מסך: מה קורה כשהטלפון נח? (כתבה)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5. 🏳️ "בסניף אני אני": ראיון עם מדריכה בתנועת נוער (ראיון)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6. 🎮 יומן של גיימר: שבוע אחד, שלושה שלבים ומבחן בהיסטוריה (סיפור קצר)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7. 📦 הקופסה של סבתא חנה (סיפור קצר)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8. 🃏 קלפים, סיכות ומטבעות: למה ילדים חוזרים לאסוף? (כתבה)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9. 🥪 מה יש בקופסה? כריך מהבית מול מזנון בית הספר (טקסט מידעי)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10. 🎤 הלב דופק, הקול רועד: איך מתמודדים עם פחד קהל? (טקסט מידעי)</w:t>
      </w:r>
    </w:p>
    <w:p>
      <w:pPr>
        <w:bidi/>
        <w:jc w:val="center"/>
      </w:pPr>
      <w:r>
        <w:rPr>
          <w:rFonts w:ascii="Arial" w:hAnsi="Arial" w:cs="Arial" w:eastAsia="Arial" w:hint="cs"/>
          <w:color w:val="777777"/>
          <w:sz w:val="22"/>
          <w:szCs w:val="22"/>
          <w:rtl/>
        </w:rPr>
        <w:t>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📘 מהדורה למורה – מפתח תשובות לחוברת 2</w:t>
      </w: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מפתח התשובות לכל עשרת הטקסטים מרוכז כאן. דפי התלמיד מתחילים אחרי המפתח. מחוון לשאלות עמדה: עמדה ברורה – 2 · נימוק – 3 · הוכחה/דוגמה – 3 · לשון ומבנה – 2.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📝 מאה זה לא הכול: מכתב פתוח על לחץ הציונים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כמה קיבל עידו במבחן?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א. 92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100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50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1: </w:t>
      </w:r>
      <w:r>
        <w:rPr>
          <w:rFonts w:ascii="Arial" w:hAnsi="Arial" w:cs="Arial" w:eastAsia="Arial" w:hint="cs"/>
          <w:sz w:val="22"/>
          <w:szCs w:val="22"/>
          <w:rtl/>
        </w:rPr>
        <w:t>92.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קורה כשיש הרבה לחץ?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א. קשה לישון וקשה לחשוב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לומדים יותר טוב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שמחים מאוד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2: </w:t>
      </w:r>
      <w:r>
        <w:rPr>
          <w:rFonts w:ascii="Arial" w:hAnsi="Arial" w:cs="Arial" w:eastAsia="Arial" w:hint="cs"/>
          <w:sz w:val="22"/>
          <w:szCs w:val="22"/>
          <w:rtl/>
        </w:rPr>
        <w:t>קשה לישון וקשה לחשוב.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כתבו הצעה אחת של הכותב. – </w:t>
      </w:r>
      <w:r>
        <w:rPr>
          <w:rFonts w:ascii="Arial" w:hAnsi="Arial" w:cs="Arial" w:eastAsia="Arial" w:hint="cs"/>
          <w:sz w:val="22"/>
          <w:szCs w:val="22"/>
          <w:rtl/>
        </w:rPr>
        <w:t>לא לשאול "כמה קיבלת?" / לשאול "מה למדת?" / משפט של משוב על המבחן.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מה ציון לא מודד, לפי הכותב? – </w:t>
      </w:r>
      <w:r>
        <w:rPr>
          <w:rFonts w:ascii="Arial" w:hAnsi="Arial" w:cs="Arial" w:eastAsia="Arial" w:hint="cs"/>
          <w:sz w:val="22"/>
          <w:szCs w:val="22"/>
          <w:rtl/>
        </w:rPr>
        <w:t>כמה אני חכם / חבר טוב / מה אהיה.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השלימו: "לפני מבחן אני מרגיש/ה ___, ומה שעוזר לי זה ___." – </w:t>
      </w:r>
      <w:r>
        <w:rPr>
          <w:rFonts w:ascii="Arial" w:hAnsi="Arial" w:cs="Arial" w:eastAsia="Arial" w:hint="cs"/>
          <w:sz w:val="22"/>
          <w:szCs w:val="22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הישג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בלי כוונה רעה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ממוצע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הצלחה שהגיעה מתוך מאמץ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תמימה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המספר שמקבלים כשמחברים ציונים ומחלקים במספרם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משקולת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לעשות טוב יותר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מלכודת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משהו שנראה פשוט אבל מטרתו להכשיל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לשפר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דבר כבד שמכביד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🎧 האוזניות כמקלט: למה בני נוער מקשיבים למוזיקה כשקשה?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מה עושה יונתן כשקשה לו?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הולך לישון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צועק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ג. שומע שירים באוזניות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1: </w:t>
      </w:r>
      <w:r>
        <w:rPr>
          <w:rFonts w:ascii="Arial" w:hAnsi="Arial" w:cs="Arial" w:eastAsia="Arial" w:hint="cs"/>
          <w:sz w:val="22"/>
          <w:szCs w:val="22"/>
          <w:rtl/>
        </w:rPr>
        <w:t>שומע שירים באוזניות.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עושה קצב איטי?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א. מרגיע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מכאיב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מעייף מאוד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2: </w:t>
      </w:r>
      <w:r>
        <w:rPr>
          <w:rFonts w:ascii="Arial" w:hAnsi="Arial" w:cs="Arial" w:eastAsia="Arial" w:hint="cs"/>
          <w:sz w:val="22"/>
          <w:szCs w:val="22"/>
          <w:rtl/>
        </w:rPr>
        <w:t>מרגיע.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על איזה כלי ניגנה מיכל? – </w:t>
      </w:r>
      <w:r>
        <w:rPr>
          <w:rFonts w:ascii="Arial" w:hAnsi="Arial" w:cs="Arial" w:eastAsia="Arial" w:hint="cs"/>
          <w:sz w:val="22"/>
          <w:szCs w:val="22"/>
          <w:rtl/>
        </w:rPr>
        <w:t>גיטרה.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מה עושים אם העצב לא עובר? – </w:t>
      </w:r>
      <w:r>
        <w:rPr>
          <w:rFonts w:ascii="Arial" w:hAnsi="Arial" w:cs="Arial" w:eastAsia="Arial" w:hint="cs"/>
          <w:sz w:val="22"/>
          <w:szCs w:val="22"/>
          <w:rtl/>
        </w:rPr>
        <w:t>מדברים עם מבוגר שסומכים עליו.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השלימו: "שיר שעושה לי טוב הוא שיר ש___." – </w:t>
      </w:r>
      <w:r>
        <w:rPr>
          <w:rFonts w:ascii="Arial" w:hAnsi="Arial" w:cs="Arial" w:eastAsia="Arial" w:hint="cs"/>
          <w:sz w:val="22"/>
          <w:szCs w:val="22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מקלט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להפעיל, לתת כוח להתחיל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תגמול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פרס, משהו טוב שמקבלים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לנתח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מקום מוגן שבורחים אליו כשקשה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ויסות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להגיד או להראות מה מרגישים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לבטא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לבדוק חלק אחרי חלק כדי להבין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להתניע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שינוי והתאמה של מצב (למשל מצב רוח)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🗣️ הורים, תקשיבו רגע (וגם אנחנו)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מה הילדים עונים כששואלים "איך היה?"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א. "בסדר"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"לא יודע מה זה בית ספר"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"מעולה, הנה כל הפרטים"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1: </w:t>
      </w:r>
      <w:r>
        <w:rPr>
          <w:rFonts w:ascii="Arial" w:hAnsi="Arial" w:cs="Arial" w:eastAsia="Arial" w:hint="cs"/>
          <w:sz w:val="22"/>
          <w:szCs w:val="22"/>
          <w:rtl/>
        </w:rPr>
        <w:t>"בסדר".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למה ההורים שואלים הרבה שאלות?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כי אין להם מה לעשות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ב. כי הם דואגים ורוצים להיות קרובים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כי הם כועסים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2: </w:t>
      </w:r>
      <w:r>
        <w:rPr>
          <w:rFonts w:ascii="Arial" w:hAnsi="Arial" w:cs="Arial" w:eastAsia="Arial" w:hint="cs"/>
          <w:sz w:val="22"/>
          <w:szCs w:val="22"/>
          <w:rtl/>
        </w:rPr>
        <w:t>כי הם דואגים ורוצים להיות קרובים.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מתי קל לכותבת לדבר? – </w:t>
      </w:r>
      <w:r>
        <w:rPr>
          <w:rFonts w:ascii="Arial" w:hAnsi="Arial" w:cs="Arial" w:eastAsia="Arial" w:hint="cs"/>
          <w:sz w:val="22"/>
          <w:szCs w:val="22"/>
          <w:rtl/>
        </w:rPr>
        <w:t>בלילה לפני השינה / בנסיעה באוטו.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למה הכותבת משווה את השיחה? – </w:t>
      </w:r>
      <w:r>
        <w:rPr>
          <w:rFonts w:ascii="Arial" w:hAnsi="Arial" w:cs="Arial" w:eastAsia="Arial" w:hint="cs"/>
          <w:sz w:val="22"/>
          <w:szCs w:val="22"/>
          <w:rtl/>
        </w:rPr>
        <w:t>לגשר.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השלימו: "אני אוהב/ת לדבר עם ההורים כש___." – </w:t>
      </w:r>
      <w:r>
        <w:rPr>
          <w:rFonts w:ascii="Arial" w:hAnsi="Arial" w:cs="Arial" w:eastAsia="Arial" w:hint="cs"/>
          <w:sz w:val="22"/>
          <w:szCs w:val="22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מתוסכלים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מרחק, הבדל גדול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חוששים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מרגישים כעס ואכזבה כי משהו לא מצליח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לעמוד בנעליים של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לא נעים, מאכזב (בשפת דיבור)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פער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מפחדים קצת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מבאס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לסגור (דלת) בכוח ובכעס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לטרוק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לנסות להרגיש כמו מישהו אחר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🕯️ 25 שעות בלי מסך: מה קורה כשהטלפון נח?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כמה שעות נמשכת השבת?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א. 25 שעות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5 שעות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100 שעות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1: </w:t>
      </w:r>
      <w:r>
        <w:rPr>
          <w:rFonts w:ascii="Arial" w:hAnsi="Arial" w:cs="Arial" w:eastAsia="Arial" w:hint="cs"/>
          <w:sz w:val="22"/>
          <w:szCs w:val="22"/>
          <w:rtl/>
        </w:rPr>
        <w:t>25 שעות.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אליה אוהב בשבת?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לשחק במחשב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ב. זמן עם המשפחה בלי טלפון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לישון כל היום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2: </w:t>
      </w:r>
      <w:r>
        <w:rPr>
          <w:rFonts w:ascii="Arial" w:hAnsi="Arial" w:cs="Arial" w:eastAsia="Arial" w:hint="cs"/>
          <w:sz w:val="22"/>
          <w:szCs w:val="22"/>
          <w:rtl/>
        </w:rPr>
        <w:t>זמן עם המשפחה בלי טלפון.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מה עשתה שקד עם המשפחה? – </w:t>
      </w:r>
      <w:r>
        <w:rPr>
          <w:rFonts w:ascii="Arial" w:hAnsi="Arial" w:cs="Arial" w:eastAsia="Arial" w:hint="cs"/>
          <w:sz w:val="22"/>
          <w:szCs w:val="22"/>
          <w:rtl/>
        </w:rPr>
        <w:t>פאזל.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איך הרגיש רז? – </w:t>
      </w:r>
      <w:r>
        <w:rPr>
          <w:rFonts w:ascii="Arial" w:hAnsi="Arial" w:cs="Arial" w:eastAsia="Arial" w:hint="cs"/>
          <w:sz w:val="22"/>
          <w:szCs w:val="22"/>
          <w:rtl/>
        </w:rPr>
        <w:t>מנותק מהחברים.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השלימו: "ביום בלי מסך הייתי ___." – </w:t>
      </w:r>
      <w:r>
        <w:rPr>
          <w:rFonts w:ascii="Arial" w:hAnsi="Arial" w:cs="Arial" w:eastAsia="Arial" w:hint="cs"/>
          <w:sz w:val="22"/>
          <w:szCs w:val="22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הדלקת הנרות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שאפשר להשיג אותה בכל רגע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צאת השבת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רצון לדעת ולגלות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סקרנות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מרגיש שאין לו קשר עם אחרים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מנותק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הרגע שבו השבת נגמרת, במוצאי שבת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מנהגים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דברים שעושים באופן קבוע לפי מסורת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זמינה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הרגע שבו מתחילה השבת, ביום שישי לפני השקיעה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🏳️ "בסניף אני אני": ראיון עם מדריכה בתנועת נוער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בת כמה רעות?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10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ב. 16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30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1: </w:t>
      </w:r>
      <w:r>
        <w:rPr>
          <w:rFonts w:ascii="Arial" w:hAnsi="Arial" w:cs="Arial" w:eastAsia="Arial" w:hint="cs"/>
          <w:sz w:val="22"/>
          <w:szCs w:val="22"/>
          <w:rtl/>
        </w:rPr>
        <w:t>16.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אין בסניף?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חברים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משחקים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ג. ציונים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2: </w:t>
      </w:r>
      <w:r>
        <w:rPr>
          <w:rFonts w:ascii="Arial" w:hAnsi="Arial" w:cs="Arial" w:eastAsia="Arial" w:hint="cs"/>
          <w:sz w:val="22"/>
          <w:szCs w:val="22"/>
          <w:rtl/>
        </w:rPr>
        <w:t>ציונים.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ממה פחדה רעות בפעולה הראשונה? – </w:t>
      </w:r>
      <w:r>
        <w:rPr>
          <w:rFonts w:ascii="Arial" w:hAnsi="Arial" w:cs="Arial" w:eastAsia="Arial" w:hint="cs"/>
          <w:sz w:val="22"/>
          <w:szCs w:val="22"/>
          <w:rtl/>
        </w:rPr>
        <w:t>מהרעש.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מה עשתה רעות לילד שהפסיק לבוא? – </w:t>
      </w:r>
      <w:r>
        <w:rPr>
          <w:rFonts w:ascii="Arial" w:hAnsi="Arial" w:cs="Arial" w:eastAsia="Arial" w:hint="cs"/>
          <w:sz w:val="22"/>
          <w:szCs w:val="22"/>
          <w:rtl/>
        </w:rPr>
        <w:t>התקשרה אליו ונתנה לו תפקיד.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השלימו: "מקום שבו אני מרגיש/ה 'אני' הוא ___." – </w:t>
      </w:r>
      <w:r>
        <w:rPr>
          <w:rFonts w:ascii="Arial" w:hAnsi="Arial" w:cs="Arial" w:eastAsia="Arial" w:hint="cs"/>
          <w:sz w:val="22"/>
          <w:szCs w:val="22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להחמיץ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מפוחדים מאוד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פעולה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דברים חשובים שמכוונים את ההתנהגות שלנו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ערכים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כמה ימים של פעילות ולינה בשטח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מחנה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לעשות כמה דברים יחד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לשלב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לפספס, לא להיות במשהו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מבוהלים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מפגש של קבוצה בתנועת נוער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🎮 יומן של גיימר: שבוע אחד, שלושה שלבים ומבחן בהיסטוריה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מה אמא חושבת על המשחקים?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א. שהם מזיקים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שהם משעממים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שהם הכי טובים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1: </w:t>
      </w:r>
      <w:r>
        <w:rPr>
          <w:rFonts w:ascii="Arial" w:hAnsi="Arial" w:cs="Arial" w:eastAsia="Arial" w:hint="cs"/>
          <w:sz w:val="22"/>
          <w:szCs w:val="22"/>
          <w:rtl/>
        </w:rPr>
        <w:t>שהם מזיקים לעיניים ולראש.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בנה הנער במשחק?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א. עיר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בית ספר אמיתי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ספינה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2: </w:t>
      </w:r>
      <w:r>
        <w:rPr>
          <w:rFonts w:ascii="Arial" w:hAnsi="Arial" w:cs="Arial" w:eastAsia="Arial" w:hint="cs"/>
          <w:sz w:val="22"/>
          <w:szCs w:val="22"/>
          <w:rtl/>
        </w:rPr>
        <w:t>עיר.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מה הוא שכח ביום שלישי? – </w:t>
      </w:r>
      <w:r>
        <w:rPr>
          <w:rFonts w:ascii="Arial" w:hAnsi="Arial" w:cs="Arial" w:eastAsia="Arial" w:hint="cs"/>
          <w:sz w:val="22"/>
          <w:szCs w:val="22"/>
          <w:rtl/>
        </w:rPr>
        <w:t>לעזור לאח הקטן בשיעורים.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מה עזר לו ללמוד למבחן? – </w:t>
      </w:r>
      <w:r>
        <w:rPr>
          <w:rFonts w:ascii="Arial" w:hAnsi="Arial" w:cs="Arial" w:eastAsia="Arial" w:hint="cs"/>
          <w:sz w:val="22"/>
          <w:szCs w:val="22"/>
          <w:rtl/>
        </w:rPr>
        <w:t>חצי שעה משחק ושעה לימוד (שעון).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השלימו: "כדי לשלוט בזמן שלי אני יכול/ה ___." – </w:t>
      </w:r>
      <w:r>
        <w:rPr>
          <w:rFonts w:ascii="Arial" w:hAnsi="Arial" w:cs="Arial" w:eastAsia="Arial" w:hint="cs"/>
          <w:sz w:val="22"/>
          <w:szCs w:val="22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להוכיח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להראות בעזרת עובדות שמשהו נכון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תקציב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להגיד "סליחה"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שרדה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הכסף שיש למשהו מסוים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נתב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מה שיש לנו ומשתמשים בו (כסף, זמן, חומרים)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משאבים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המכשיר שמחבר את הבית לרשת האינטרנט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להתנצל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נשארה בחיים, לא נהרסה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📦 הקופסה של סבתא חנה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מה ביקשה המורה?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א. חפץ משפחתי ישן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מתכון לעוגה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ציור חדש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1: </w:t>
      </w:r>
      <w:r>
        <w:rPr>
          <w:rFonts w:ascii="Arial" w:hAnsi="Arial" w:cs="Arial" w:eastAsia="Arial" w:hint="cs"/>
          <w:sz w:val="22"/>
          <w:szCs w:val="22"/>
          <w:rtl/>
        </w:rPr>
        <w:t>חפץ משפחתי ישן.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היה בקופסה של סבתא?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כסף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ב. מפתח, תמונה, מכתב וזרעים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משחקים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2: </w:t>
      </w:r>
      <w:r>
        <w:rPr>
          <w:rFonts w:ascii="Arial" w:hAnsi="Arial" w:cs="Arial" w:eastAsia="Arial" w:hint="cs"/>
          <w:sz w:val="22"/>
          <w:szCs w:val="22"/>
          <w:rtl/>
        </w:rPr>
        <w:t>מפתח, תמונה, מכתב וזרעים.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מי הילדה בתמונה? – </w:t>
      </w:r>
      <w:r>
        <w:rPr>
          <w:rFonts w:ascii="Arial" w:hAnsi="Arial" w:cs="Arial" w:eastAsia="Arial" w:hint="cs"/>
          <w:sz w:val="22"/>
          <w:szCs w:val="22"/>
          <w:rtl/>
        </w:rPr>
        <w:t>סבתא חנה כשהייתה בת 12.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מה עושים הנער וסבתא בכל יום שישי? – </w:t>
      </w:r>
      <w:r>
        <w:rPr>
          <w:rFonts w:ascii="Arial" w:hAnsi="Arial" w:cs="Arial" w:eastAsia="Arial" w:hint="cs"/>
          <w:sz w:val="22"/>
          <w:szCs w:val="22"/>
          <w:rtl/>
        </w:rPr>
        <w:t>משקים עציץ ומספרים סיפור.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השלימו: "שאלה שהייתי רוצה לשאול את סבא או סבתא שלי היא ___." – </w:t>
      </w:r>
      <w:r>
        <w:rPr>
          <w:rFonts w:ascii="Arial" w:hAnsi="Arial" w:cs="Arial" w:eastAsia="Arial" w:hint="cs"/>
          <w:sz w:val="22"/>
          <w:szCs w:val="22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כל האנשים שנולדו בערך באותה תקופה (סבים, הורים, ילדים)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דהויים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אישור לעשות משהו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חלוד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שהצבע שלהם כבר חלש מהזמן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מכוסה בשכבה חומה כי הברזל נשאר במים או באוויר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צריף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עובדת בידיים על בצק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רשות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בית פשוט וקטן מעץ או מפח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🃏 קלפים, סיכות ומטבעות: למה ילדים חוזרים לאסוף?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מה ילדים מחליפים בהפסקה?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שיעורי בית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אוכל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ג. קלפים, סיכות ומטבעות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1: </w:t>
      </w:r>
      <w:r>
        <w:rPr>
          <w:rFonts w:ascii="Arial" w:hAnsi="Arial" w:cs="Arial" w:eastAsia="Arial" w:hint="cs"/>
          <w:sz w:val="22"/>
          <w:szCs w:val="22"/>
          <w:rtl/>
        </w:rPr>
        <w:t>קלפים, סיכות ומטבעות.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איך נוגה הכירה חברה טובה?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א. בזכות סיכה על התיק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בזכות מבחן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בזכות טיול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2: </w:t>
      </w:r>
      <w:r>
        <w:rPr>
          <w:rFonts w:ascii="Arial" w:hAnsi="Arial" w:cs="Arial" w:eastAsia="Arial" w:hint="cs"/>
          <w:sz w:val="22"/>
          <w:szCs w:val="22"/>
          <w:rtl/>
        </w:rPr>
        <w:t>בזכות סיכה על התיק.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ממי קיבל עומר מטבעות? – </w:t>
      </w:r>
      <w:r>
        <w:rPr>
          <w:rFonts w:ascii="Arial" w:hAnsi="Arial" w:cs="Arial" w:eastAsia="Arial" w:hint="cs"/>
          <w:sz w:val="22"/>
          <w:szCs w:val="22"/>
          <w:rtl/>
        </w:rPr>
        <w:t>מסבא שלו.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כתבו דבר אחד שאפשר לאסוף בחינם. – </w:t>
      </w:r>
      <w:r>
        <w:rPr>
          <w:rFonts w:ascii="Arial" w:hAnsi="Arial" w:cs="Arial" w:eastAsia="Arial" w:hint="cs"/>
          <w:sz w:val="22"/>
          <w:szCs w:val="22"/>
          <w:rtl/>
        </w:rPr>
        <w:t>עלים / אבנים / כרטיסים.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השלימו: "אם הייתי אוסף/ת משהו, הייתי אוסף/ת ___ כי ___." – </w:t>
      </w:r>
      <w:r>
        <w:rPr>
          <w:rFonts w:ascii="Arial" w:hAnsi="Arial" w:cs="Arial" w:eastAsia="Arial" w:hint="cs"/>
          <w:sz w:val="22"/>
          <w:szCs w:val="22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מתמקחים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סיבה שנותנים כדי לעשות משהו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אספנות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הבטחה שצריך לקיים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תירוץ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שיש מעט ממנו, קשה למצוא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הוגנות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התנהגות צודקת וישרה כלפי כולם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התחייבות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מתווכחים על המחיר או על התמורה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נדיר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התחביב של לאסוף חפצים מסוג מסוים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🥪 מה יש בקופסה? כריך מהבית מול מזנון בית הספר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מה צריך הגוף כדי לבנות עצמות?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סוכר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ב. סידן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מלח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1: </w:t>
      </w:r>
      <w:r>
        <w:rPr>
          <w:rFonts w:ascii="Arial" w:hAnsi="Arial" w:cs="Arial" w:eastAsia="Arial" w:hint="cs"/>
          <w:sz w:val="22"/>
          <w:szCs w:val="22"/>
          <w:rtl/>
        </w:rPr>
        <w:t>סידן.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קורה למי שלא אוכל בהפסקה?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הוא רץ מהר יותר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הוא לא מרגיש כלום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ג. קשה לו להתרכז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2: </w:t>
      </w:r>
      <w:r>
        <w:rPr>
          <w:rFonts w:ascii="Arial" w:hAnsi="Arial" w:cs="Arial" w:eastAsia="Arial" w:hint="cs"/>
          <w:sz w:val="22"/>
          <w:szCs w:val="22"/>
          <w:rtl/>
        </w:rPr>
        <w:t>קשה לו להתרכז, והוא מתעצבן מהר.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כתבו יתרון אחד של כריך מהבית. – </w:t>
      </w:r>
      <w:r>
        <w:rPr>
          <w:rFonts w:ascii="Arial" w:hAnsi="Arial" w:cs="Arial" w:eastAsia="Arial" w:hint="cs"/>
          <w:sz w:val="22"/>
          <w:szCs w:val="22"/>
          <w:rtl/>
        </w:rPr>
        <w:t>זול / אפשר לבחור מה יש בו.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מה כדאי להחזיק בתיק? – </w:t>
      </w:r>
      <w:r>
        <w:rPr>
          <w:rFonts w:ascii="Arial" w:hAnsi="Arial" w:cs="Arial" w:eastAsia="Arial" w:hint="cs"/>
          <w:sz w:val="22"/>
          <w:szCs w:val="22"/>
          <w:rtl/>
        </w:rPr>
        <w:t>בקבוק מים.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השלימו: "בקופסת ההפסקה שלי אני רוצה ___." – </w:t>
      </w:r>
      <w:r>
        <w:rPr>
          <w:rFonts w:ascii="Arial" w:hAnsi="Arial" w:cs="Arial" w:eastAsia="Arial" w:hint="cs"/>
          <w:sz w:val="22"/>
          <w:szCs w:val="22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דלק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חומרים קטנים במזון שהגוף צריך, כמו סידן וברזל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מינרלים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הדברים שמהם עשוי משהו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מתקשים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קשה להם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מרכיבים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מזון שעבר הרבה שינויים במפעל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מעובד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חומר שנותן אנרגיה (לרכב, ולגוף – המזון)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לגוון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לשנות, לא לעשות תמיד אותו דבר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🎤 הלב דופק, הקול רועד: איך מתמודדים עם פחד קהל?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מה הגוף משחרר כשמפחדים?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מים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ב. אדרנלין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אוויר קר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1: </w:t>
      </w:r>
      <w:r>
        <w:rPr>
          <w:rFonts w:ascii="Arial" w:hAnsi="Arial" w:cs="Arial" w:eastAsia="Arial" w:hint="cs"/>
          <w:sz w:val="22"/>
          <w:szCs w:val="22"/>
          <w:rtl/>
        </w:rPr>
        <w:t>אדרנלין.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קורה ללב כשמפחדים?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נעצר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ב. דופק מהר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שר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2: </w:t>
      </w:r>
      <w:r>
        <w:rPr>
          <w:rFonts w:ascii="Arial" w:hAnsi="Arial" w:cs="Arial" w:eastAsia="Arial" w:hint="cs"/>
          <w:sz w:val="22"/>
          <w:szCs w:val="22"/>
          <w:rtl/>
        </w:rPr>
        <w:t>דופק מהר.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כתבו עצה אחת לפני הצגה. – </w:t>
      </w:r>
      <w:r>
        <w:rPr>
          <w:rFonts w:ascii="Arial" w:hAnsi="Arial" w:cs="Arial" w:eastAsia="Arial" w:hint="cs"/>
          <w:sz w:val="22"/>
          <w:szCs w:val="22"/>
          <w:rtl/>
        </w:rPr>
        <w:t>להתאמן בקול רם / כרטיסים / לדעת את המשפט הראשון.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איך נושמים כדי להירגע? – </w:t>
      </w:r>
      <w:r>
        <w:rPr>
          <w:rFonts w:ascii="Arial" w:hAnsi="Arial" w:cs="Arial" w:eastAsia="Arial" w:hint="cs"/>
          <w:sz w:val="22"/>
          <w:szCs w:val="22"/>
          <w:rtl/>
        </w:rPr>
        <w:t>לאט, דרך האף, וסופרים עד ארבע.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השלימו: "כשאני מפחד/ת, מה שעוזר לי הוא ___." – </w:t>
      </w:r>
      <w:r>
        <w:rPr>
          <w:rFonts w:ascii="Arial" w:hAnsi="Arial" w:cs="Arial" w:eastAsia="Arial" w:hint="cs"/>
          <w:sz w:val="22"/>
          <w:szCs w:val="22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מאוימים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מילים חשובות שעוזרות לזכור רעיון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הורמון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מרגישים שיש סכנה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שטחית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חיה שצדה ואוכלת חיות אחרות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טורפת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לא עמוקה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מילות מפתח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חומר שהגוף מייצר ומעביר הודעות בתוכו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בחומרה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בצורה קשה ולא סלחנית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📝 מאה זה לא הכול: מכתב פתוח על לחץ הציונים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2"/>
          <w:szCs w:val="22"/>
          <w:rtl/>
        </w:rPr>
        <w:t>טור דעה · גרסה: עולים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24"/>
          <w:szCs w:val="24"/>
          <w:iCs/>
          <w:rtl/>
        </w:rPr>
        <w:t>קִראו את הטקסט. מילים קשות מוסברות במילון בסוף הטקסט.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(א) </w:t>
      </w:r>
      <w:r>
        <w:rPr>
          <w:rFonts w:ascii="Arial" w:hAnsi="Arial" w:cs="Arial" w:eastAsia="Arial" w:hint="cs"/>
          <w:sz w:val="24"/>
          <w:szCs w:val="24"/>
          <w:rtl/>
        </w:rPr>
        <w:t>עידו קיבל 92 במבחן. הוא הסתיר את הדף, כי פחד שאבא ישאל למה לא 100. הכותב חושב שמשהו כאן לא בסדר.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(ב) </w:t>
      </w:r>
      <w:r>
        <w:rPr>
          <w:rFonts w:ascii="Arial" w:hAnsi="Arial" w:cs="Arial" w:eastAsia="Arial" w:hint="cs"/>
          <w:sz w:val="24"/>
          <w:szCs w:val="24"/>
          <w:rtl/>
        </w:rPr>
        <w:t>הלחץ מגיע משלושה מקומות: מאיתנו, מההשוואה לחברים, ומהמבוגרים.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(ג) </w:t>
      </w:r>
      <w:r>
        <w:rPr>
          <w:rFonts w:ascii="Arial" w:hAnsi="Arial" w:cs="Arial" w:eastAsia="Arial" w:hint="cs"/>
          <w:sz w:val="24"/>
          <w:szCs w:val="24"/>
          <w:rtl/>
        </w:rPr>
        <w:t>קצת לחץ עוזר ללמוד. אבל הרבה לחץ מזיק: לא ישנים, כואבת הבטן, וקשה לחשוב.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(ד) </w:t>
      </w:r>
      <w:r>
        <w:rPr>
          <w:rFonts w:ascii="Arial" w:hAnsi="Arial" w:cs="Arial" w:eastAsia="Arial" w:hint="cs"/>
          <w:sz w:val="24"/>
          <w:szCs w:val="24"/>
          <w:rtl/>
        </w:rPr>
        <w:t>ההצעות: לא לשאול "כמה קיבלת?". הורים ישאלו קודם "מה למדת?". מורים יכתבו גם משפט על מה שהצלחנו.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(ה) </w:t>
      </w:r>
      <w:r>
        <w:rPr>
          <w:rFonts w:ascii="Arial" w:hAnsi="Arial" w:cs="Arial" w:eastAsia="Arial" w:hint="cs"/>
          <w:sz w:val="24"/>
          <w:szCs w:val="24"/>
          <w:rtl/>
        </w:rPr>
        <w:t>ציון מודד מבחן אחד, ביום אחד. הוא לא מודד מי אני.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24"/>
          <w:szCs w:val="24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הישג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הצלחה שהגיעה מתוך מאמץ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ממוצע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המספר שמקבלים כשמחברים ציונים ומחלקים במספרם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תמימה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בלי כוונה רעה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משקולת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דבר כבד שמכביד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מלכודת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משהו שנראה פשוט אבל מטרתו להכשיל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לשפר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לעשות טוב יותר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כמה קיבל עידו במבחן?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92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100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50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קורה כשיש הרבה לחץ?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קשה לישון וקשה לחשוב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לומדים יותר טוב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שמחים מאוד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3. כתבו הצעה אחת של הכותב.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4. מה ציון לא מודד, לפי הכותב?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5. השלימו: "לפני מבחן אני מרגיש/ה ___, ומה שעוזר לי זה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הישג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בלי כוונה רעה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ממוצע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הצלחה שהגיעה מתוך מאמץ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תמימה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המספר שמקבלים כשמחברים ציונים ומחלקים במספרם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משקולת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לעשות טוב יותר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מלכודת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משהו שנראה פשוט אבל מטרתו להכשיל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לשפר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דבר כבד שמכביד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איך הרגשתי בעבודה על הטקסט?   😀   🙂   😐   🙁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🎧 האוזניות כמקלט: למה בני נוער מקשיבים למוזיקה כשקשה?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2"/>
          <w:szCs w:val="22"/>
          <w:rtl/>
        </w:rPr>
        <w:t>כתבה · גרסה: עולים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24"/>
          <w:szCs w:val="24"/>
          <w:iCs/>
          <w:rtl/>
        </w:rPr>
        <w:t>קִראו את הטקסט. מילים קשות מוסברות במילון בסוף הטקסט.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(א) </w:t>
      </w:r>
      <w:r>
        <w:rPr>
          <w:rFonts w:ascii="Arial" w:hAnsi="Arial" w:cs="Arial" w:eastAsia="Arial" w:hint="cs"/>
          <w:sz w:val="24"/>
          <w:szCs w:val="24"/>
          <w:rtl/>
        </w:rPr>
        <w:t>יונתן בן 13. כשקשה לו, הוא שם אוזניות ושומע שלושה שירים. אחרי זה הוא מרגיש טוב יותר.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(ב) </w:t>
      </w:r>
      <w:r>
        <w:rPr>
          <w:rFonts w:ascii="Arial" w:hAnsi="Arial" w:cs="Arial" w:eastAsia="Arial" w:hint="cs"/>
          <w:sz w:val="24"/>
          <w:szCs w:val="24"/>
          <w:rtl/>
        </w:rPr>
        <w:t>מוזיקה שאוהבים מפעילה במוח אזור של הנאה. קצב איטי מרגיע, וקצב מהיר נותן כוח.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(ג) </w:t>
      </w:r>
      <w:r>
        <w:rPr>
          <w:rFonts w:ascii="Arial" w:hAnsi="Arial" w:cs="Arial" w:eastAsia="Arial" w:hint="cs"/>
          <w:sz w:val="24"/>
          <w:szCs w:val="24"/>
          <w:rtl/>
        </w:rPr>
        <w:t>בני נוער משתמשים במוזיקה כדי לשנות מצב רוח, כדי להרגיש שמישהו מבין אותם, וכדי להראות מי הם.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(ד) </w:t>
      </w:r>
      <w:r>
        <w:rPr>
          <w:rFonts w:ascii="Arial" w:hAnsi="Arial" w:cs="Arial" w:eastAsia="Arial" w:hint="cs"/>
          <w:sz w:val="24"/>
          <w:szCs w:val="24"/>
          <w:rtl/>
        </w:rPr>
        <w:t>מיכל התחילה לנגן בגיטרה אחרי שסבתא שלה נפטרה. כך היא הוציאה את הרגשות.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(ה) </w:t>
      </w:r>
      <w:r>
        <w:rPr>
          <w:rFonts w:ascii="Arial" w:hAnsi="Arial" w:cs="Arial" w:eastAsia="Arial" w:hint="cs"/>
          <w:sz w:val="24"/>
          <w:szCs w:val="24"/>
          <w:rtl/>
        </w:rPr>
        <w:t>חשוב לדעת: מוזיקה לא מחליפה אנשים. אם העצב לא עובר – מדברים עם מבוגר. וגם: לא לשמוע חזק מדי.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24"/>
          <w:szCs w:val="24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מקלט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מקום מוגן שבורחים אליו כשקשה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תגמול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פרס, משהו טוב שמקבלים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לנתח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לבדוק חלק אחרי חלק כדי להבין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ויסות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שינוי והתאמה של מצב (למשל מצב רוח)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לבטא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להגיד או להראות מה מרגישים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להתניע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להפעיל, לתת כוח להתחיל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מה עושה יונתן כשקשה לו?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הולך לישון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צועק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שומע שירים באוזניות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עושה קצב איטי?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מרגיע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מכאיב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מעייף מאוד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3. על איזה כלי ניגנה מיכל?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4. מה עושים אם העצב לא עובר?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5. השלימו: "שיר שעושה לי טוב הוא שיר ש___."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מקלט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להפעיל, לתת כוח להתחיל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תגמול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פרס, משהו טוב שמקבלים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לנתח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מקום מוגן שבורחים אליו כשקשה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ויסות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להגיד או להראות מה מרגישים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לבטא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לבדוק חלק אחרי חלק כדי להבין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להתניע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שינוי והתאמה של מצב (למשל מצב רוח)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איך הרגשתי בעבודה על הטקסט?   😀   🙂   😐   🙁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🗣️ הורים, תקשיבו רגע (וגם אנחנו)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2"/>
          <w:szCs w:val="22"/>
          <w:rtl/>
        </w:rPr>
        <w:t>טור דעה · גרסה: עולים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24"/>
          <w:szCs w:val="24"/>
          <w:iCs/>
          <w:rtl/>
        </w:rPr>
        <w:t>קִראו את הטקסט. מילים קשות מוסברות במילון בסוף הטקסט.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(א) </w:t>
      </w:r>
      <w:r>
        <w:rPr>
          <w:rFonts w:ascii="Arial" w:hAnsi="Arial" w:cs="Arial" w:eastAsia="Arial" w:hint="cs"/>
          <w:sz w:val="24"/>
          <w:szCs w:val="24"/>
          <w:rtl/>
        </w:rPr>
        <w:t>ההורים שואלים: "איך היה?" והילדים עונים: "בסדר". כולם מתוסכלים.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(ב) </w:t>
      </w:r>
      <w:r>
        <w:rPr>
          <w:rFonts w:ascii="Arial" w:hAnsi="Arial" w:cs="Arial" w:eastAsia="Arial" w:hint="cs"/>
          <w:sz w:val="24"/>
          <w:szCs w:val="24"/>
          <w:rtl/>
        </w:rPr>
        <w:t>למה הילדים עונים "בסדר"? כי הם עייפים, וקרו הרבה דברים ביום. לפעמים הם גם מפחדים מהתגובה של ההורים.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(ג) </w:t>
      </w:r>
      <w:r>
        <w:rPr>
          <w:rFonts w:ascii="Arial" w:hAnsi="Arial" w:cs="Arial" w:eastAsia="Arial" w:hint="cs"/>
          <w:sz w:val="24"/>
          <w:szCs w:val="24"/>
          <w:rtl/>
        </w:rPr>
        <w:t>גם ההורים מרגישים: הם דואגים, ורוצים להיות קרובים. חלק מהבעיות של הילדים היום חדשות להם.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(ד) </w:t>
      </w:r>
      <w:r>
        <w:rPr>
          <w:rFonts w:ascii="Arial" w:hAnsi="Arial" w:cs="Arial" w:eastAsia="Arial" w:hint="cs"/>
          <w:sz w:val="24"/>
          <w:szCs w:val="24"/>
          <w:rtl/>
        </w:rPr>
        <w:t>מה עוזר? לדבר בזמן נוח, כמו בערב. לשאול שאלה אחרת: "מה היה הכי מצחיק היום?". להקשיב בלי לתקן מיד.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(ה) </w:t>
      </w:r>
      <w:r>
        <w:rPr>
          <w:rFonts w:ascii="Arial" w:hAnsi="Arial" w:cs="Arial" w:eastAsia="Arial" w:hint="cs"/>
          <w:sz w:val="24"/>
          <w:szCs w:val="24"/>
          <w:rtl/>
        </w:rPr>
        <w:t>גם הילדים יכולים לעזור: לספר משהו קטן, ולהגיד "נדבר בערב". השיחה היא כמו גשר: כל צד בונה חצי.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24"/>
          <w:szCs w:val="24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מתוסכלים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מרגישים כעס ואכזבה כי משהו לא מצליח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חוששים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מפחדים קצת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לעמוד בנעליים של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לנסות להרגיש כמו מישהו אחר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פער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מרחק, הבדל גדול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מבאס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לא נעים, מאכזב (בשפת דיבור)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לטרוק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לסגור (דלת) בכוח ובכעס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מה הילדים עונים כששואלים "איך היה?"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"בסדר"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"לא יודע מה זה בית ספר"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"מעולה, הנה כל הפרטים"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למה ההורים שואלים הרבה שאלות?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כי אין להם מה לעשות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כי הם דואגים ורוצים להיות קרובים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כי הם כועסים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3. מתי קל לכותבת לדבר?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4. למה הכותבת משווה את השיחה?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5. השלימו: "אני אוהב/ת לדבר עם ההורים כש___."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מתוסכלים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מרחק, הבדל גדול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חוששים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מרגישים כעס ואכזבה כי משהו לא מצליח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לעמוד בנעליים של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לא נעים, מאכזב (בשפת דיבור)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פער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מפחדים קצת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מבאס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לסגור (דלת) בכוח ובכעס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לטרוק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לנסות להרגיש כמו מישהו אחר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איך הרגשתי בעבודה על הטקסט?   😀   🙂   😐   🙁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🕯️ 25 שעות בלי מסך: מה קורה כשהטלפון נח?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2"/>
          <w:szCs w:val="22"/>
          <w:rtl/>
        </w:rPr>
        <w:t>כתבה · גרסה: עולים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24"/>
          <w:szCs w:val="24"/>
          <w:iCs/>
          <w:rtl/>
        </w:rPr>
        <w:t>קִראו את הטקסט. מילים קשות מוסברות במילון בסוף הטקסט.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(א) </w:t>
      </w:r>
      <w:r>
        <w:rPr>
          <w:rFonts w:ascii="Arial" w:hAnsi="Arial" w:cs="Arial" w:eastAsia="Arial" w:hint="cs"/>
          <w:sz w:val="24"/>
          <w:szCs w:val="24"/>
          <w:rtl/>
        </w:rPr>
        <w:t>בכיתה ז׳ לומדים יחד ילדים שונים. חלקם שומרים שבת ולא משתמשים בטלפון 25 שעות. אחרים אף פעם לא עשו יום בלי מסך.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(ב) </w:t>
      </w:r>
      <w:r>
        <w:rPr>
          <w:rFonts w:ascii="Arial" w:hAnsi="Arial" w:cs="Arial" w:eastAsia="Arial" w:hint="cs"/>
          <w:sz w:val="24"/>
          <w:szCs w:val="24"/>
          <w:rtl/>
        </w:rPr>
        <w:t>אליה שומר שבת. הוא אוהב את השבת: משחקים עם האחים, ארוחה משפחתית, ושיחה בלי "רגע, אני עונה".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(ג) </w:t>
      </w:r>
      <w:r>
        <w:rPr>
          <w:rFonts w:ascii="Arial" w:hAnsi="Arial" w:cs="Arial" w:eastAsia="Arial" w:hint="cs"/>
          <w:sz w:val="24"/>
          <w:szCs w:val="24"/>
          <w:rtl/>
        </w:rPr>
        <w:t>חן נפגשת עם חברות בגינה בשבת. בלי טלפונים הן באמת מסתכלות אחת על השנייה.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(ד) </w:t>
      </w:r>
      <w:r>
        <w:rPr>
          <w:rFonts w:ascii="Arial" w:hAnsi="Arial" w:cs="Arial" w:eastAsia="Arial" w:hint="cs"/>
          <w:sz w:val="24"/>
          <w:szCs w:val="24"/>
          <w:rtl/>
        </w:rPr>
        <w:t>ילדים אחרים ניסו יום בלי מסך. בהתחלה היה קשה ומשעמם. שקד עשתה פאזל עם כל המשפחה. רז הרגיש מנותק מהחברים.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(ה) </w:t>
      </w:r>
      <w:r>
        <w:rPr>
          <w:rFonts w:ascii="Arial" w:hAnsi="Arial" w:cs="Arial" w:eastAsia="Arial" w:hint="cs"/>
          <w:sz w:val="24"/>
          <w:szCs w:val="24"/>
          <w:rtl/>
        </w:rPr>
        <w:t>אליה אמר: "הטלפון לא צריך מנוחה. אנחנו כן."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24"/>
          <w:szCs w:val="24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הדלקת הנרות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הרגע שבו מתחילה השבת, ביום שישי לפני השקיעה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צאת השבת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הרגע שבו השבת נגמרת, במוצאי שבת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סקרנות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רצון לדעת ולגלות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מנותק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מרגיש שאין לו קשר עם אחרים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מנהגים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דברים שעושים באופן קבוע לפי מסורת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זמינה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שאפשר להשיג אותה בכל רגע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כמה שעות נמשכת השבת?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25 שעות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5 שעות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100 שעות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אליה אוהב בשבת?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לשחק במחשב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זמן עם המשפחה בלי טלפון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לישון כל היום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3. מה עשתה שקד עם המשפחה?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4. איך הרגיש רז?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5. השלימו: "ביום בלי מסך הייתי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הדלקת הנרות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שאפשר להשיג אותה בכל רגע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צאת השבת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רצון לדעת ולגלות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סקרנות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מרגיש שאין לו קשר עם אחרים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מנותק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הרגע שבו השבת נגמרת, במוצאי שבת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מנהגים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דברים שעושים באופן קבוע לפי מסורת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זמינה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הרגע שבו מתחילה השבת, ביום שישי לפני השקיעה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איך הרגשתי בעבודה על הטקסט?   😀   🙂   😐   🙁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🏳️ "בסניף אני אני": ראיון עם מדריכה בתנועת נוער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2"/>
          <w:szCs w:val="22"/>
          <w:rtl/>
        </w:rPr>
        <w:t>ראיון · גרסה: עולים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24"/>
          <w:szCs w:val="24"/>
          <w:iCs/>
          <w:rtl/>
        </w:rPr>
        <w:t>קִראו את הטקסט. מילים קשות מוסברות במילון בסוף הטקסט.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(א) </w:t>
      </w:r>
      <w:r>
        <w:rPr>
          <w:rFonts w:ascii="Arial" w:hAnsi="Arial" w:cs="Arial" w:eastAsia="Arial" w:hint="cs"/>
          <w:sz w:val="24"/>
          <w:szCs w:val="24"/>
          <w:rtl/>
        </w:rPr>
        <w:t>רעות בת 16. היא מדריכה בתנועת נוער. היא התחילה בתנועה בכיתה ד׳.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(ב) </w:t>
      </w:r>
      <w:r>
        <w:rPr>
          <w:rFonts w:ascii="Arial" w:hAnsi="Arial" w:cs="Arial" w:eastAsia="Arial" w:hint="cs"/>
          <w:sz w:val="24"/>
          <w:szCs w:val="24"/>
          <w:rtl/>
        </w:rPr>
        <w:t>בפעולה הראשונה היא פחדה מהרעש. המדריכה שלה ידעה את השם שלה והזמינה אותה לשחק.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(ג) </w:t>
      </w:r>
      <w:r>
        <w:rPr>
          <w:rFonts w:ascii="Arial" w:hAnsi="Arial" w:cs="Arial" w:eastAsia="Arial" w:hint="cs"/>
          <w:sz w:val="24"/>
          <w:szCs w:val="24"/>
          <w:rtl/>
        </w:rPr>
        <w:t>בסניף אין ציונים. מה שחשוב הוא מה שנותנים לקבוצה. רעות אומרת: "בסניף אני אני."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(ד) </w:t>
      </w:r>
      <w:r>
        <w:rPr>
          <w:rFonts w:ascii="Arial" w:hAnsi="Arial" w:cs="Arial" w:eastAsia="Arial" w:hint="cs"/>
          <w:sz w:val="24"/>
          <w:szCs w:val="24"/>
          <w:rtl/>
        </w:rPr>
        <w:t>היום רעות מדריכה עשרים ילדים. פעם ילד אחד הפסיק לבוא. היא התקשרה אליו ונתנה לו תפקיד. הוא חזר.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(ה) </w:t>
      </w:r>
      <w:r>
        <w:rPr>
          <w:rFonts w:ascii="Arial" w:hAnsi="Arial" w:cs="Arial" w:eastAsia="Arial" w:hint="cs"/>
          <w:sz w:val="24"/>
          <w:szCs w:val="24"/>
          <w:rtl/>
        </w:rPr>
        <w:t>העצה שלה: לבוא לפעולה אחת ולנסות.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24"/>
          <w:szCs w:val="24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להחמיץ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לפספס, לא להיות במשהו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פעולה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מפגש של קבוצה בתנועת נוער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ערכים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דברים חשובים שמכוונים את ההתנהגות שלנו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מחנה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כמה ימים של פעילות ולינה בשטח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לשלב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לעשות כמה דברים יחד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מבוהלים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מפוחדים מאוד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בת כמה רעות?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10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16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30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אין בסניף?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חברים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משחקים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ציונים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3. ממה פחדה רעות בפעולה הראשונה?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4. מה עשתה רעות לילד שהפסיק לבוא?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5. השלימו: "מקום שבו אני מרגיש/ה 'אני' הוא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להחמיץ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מפוחדים מאוד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פעולה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דברים חשובים שמכוונים את ההתנהגות שלנו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ערכים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כמה ימים של פעילות ולינה בשטח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מחנה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לעשות כמה דברים יחד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לשלב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לפספס, לא להיות במשהו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מבוהלים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מפגש של קבוצה בתנועת נוער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איך הרגשתי בעבודה על הטקסט?   😀   🙂   😐   🙁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🎮 יומן של גיימר: שבוע אחד, שלושה שלבים ומבחן בהיסטוריה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2"/>
          <w:szCs w:val="22"/>
          <w:rtl/>
        </w:rPr>
        <w:t>סיפור קצר · גרסה: עולים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24"/>
          <w:szCs w:val="24"/>
          <w:iCs/>
          <w:rtl/>
        </w:rPr>
        <w:t>קִראו את הטקסט. מילים קשות מוסברות במילון בסוף הטקסט.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(א) </w:t>
      </w:r>
      <w:r>
        <w:rPr>
          <w:rFonts w:ascii="Arial" w:hAnsi="Arial" w:cs="Arial" w:eastAsia="Arial" w:hint="cs"/>
          <w:sz w:val="24"/>
          <w:szCs w:val="24"/>
          <w:rtl/>
        </w:rPr>
        <w:t>אמא אומרת שהמשחקים מזיקים. הנער אומר שהם מפתחים חשיבה. הוא כותב יומן לשבוע אחד.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(ב) </w:t>
      </w:r>
      <w:r>
        <w:rPr>
          <w:rFonts w:ascii="Arial" w:hAnsi="Arial" w:cs="Arial" w:eastAsia="Arial" w:hint="cs"/>
          <w:sz w:val="24"/>
          <w:szCs w:val="24"/>
          <w:rtl/>
        </w:rPr>
        <w:t>ביום שני הוא בנה עיר במשחק ולמד לקבל החלטות. בשיעור גאוגרפיה הוא ידע לענות.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(ג) </w:t>
      </w:r>
      <w:r>
        <w:rPr>
          <w:rFonts w:ascii="Arial" w:hAnsi="Arial" w:cs="Arial" w:eastAsia="Arial" w:hint="cs"/>
          <w:sz w:val="24"/>
          <w:szCs w:val="24"/>
          <w:rtl/>
        </w:rPr>
        <w:t>ביום שלישי הוא שיחק שלוש שעות ושכח לעזור לאח הקטן.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(ד) </w:t>
      </w:r>
      <w:r>
        <w:rPr>
          <w:rFonts w:ascii="Arial" w:hAnsi="Arial" w:cs="Arial" w:eastAsia="Arial" w:hint="cs"/>
          <w:sz w:val="24"/>
          <w:szCs w:val="24"/>
          <w:rtl/>
        </w:rPr>
        <w:t>ביום רביעי הוא כתב משהו לא יפה לחבר. אחר כך הוא התנצל.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(ה) </w:t>
      </w:r>
      <w:r>
        <w:rPr>
          <w:rFonts w:ascii="Arial" w:hAnsi="Arial" w:cs="Arial" w:eastAsia="Arial" w:hint="cs"/>
          <w:sz w:val="24"/>
          <w:szCs w:val="24"/>
          <w:rtl/>
        </w:rPr>
        <w:t>ביום חמישי הוא שיחק חצי שעה ולמד שעה. זה עבד. בסוף הוא הבין: המשחק הכי קשה הוא לשלוט בזמן.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24"/>
          <w:szCs w:val="24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להוכיח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להראות בעזרת עובדות שמשהו נכון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תקציב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הכסף שיש למשהו מסוים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שרדה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נשארה בחיים, לא נהרסה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נתב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המכשיר שמחבר את הבית לרשת האינטרנט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משאבים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מה שיש לנו ומשתמשים בו (כסף, זמן, חומרים)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להתנצל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להגיד "סליחה"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מה אמא חושבת על המשחקים?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שהם מזיקים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שהם משעממים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שהם הכי טובים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בנה הנער במשחק?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עיר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בית ספר אמיתי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ספינה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3. מה הוא שכח ביום שלישי?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4. מה עזר לו ללמוד למבחן?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5. השלימו: "כדי לשלוט בזמן שלי אני יכול/ה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להוכיח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להראות בעזרת עובדות שמשהו נכון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תקציב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להגיד "סליחה"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שרדה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הכסף שיש למשהו מסוים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נתב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מה שיש לנו ומשתמשים בו (כסף, זמן, חומרים)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משאבים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המכשיר שמחבר את הבית לרשת האינטרנט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להתנצל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נשארה בחיים, לא נהרסה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איך הרגשתי בעבודה על הטקסט?   😀   🙂   😐   🙁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📦 הקופסה של סבתא חנה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2"/>
          <w:szCs w:val="22"/>
          <w:rtl/>
        </w:rPr>
        <w:t>סיפור קצר · גרסה: עולים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24"/>
          <w:szCs w:val="24"/>
          <w:iCs/>
          <w:rtl/>
        </w:rPr>
        <w:t>קִראו את הטקסט. מילים קשות מוסברות במילון בסוף הטקסט.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(א) </w:t>
      </w:r>
      <w:r>
        <w:rPr>
          <w:rFonts w:ascii="Arial" w:hAnsi="Arial" w:cs="Arial" w:eastAsia="Arial" w:hint="cs"/>
          <w:sz w:val="24"/>
          <w:szCs w:val="24"/>
          <w:rtl/>
        </w:rPr>
        <w:t>המורה ביקשה חפץ משפחתי ישן. הנער חשב שאין לסבתא חנה שום דבר מיוחד.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(ב) </w:t>
      </w:r>
      <w:r>
        <w:rPr>
          <w:rFonts w:ascii="Arial" w:hAnsi="Arial" w:cs="Arial" w:eastAsia="Arial" w:hint="cs"/>
          <w:sz w:val="24"/>
          <w:szCs w:val="24"/>
          <w:rtl/>
        </w:rPr>
        <w:t>סבתא הוציאה קופסה ישנה. בתוכה: מפתח, תמונה של ילדה, מכתב, וזרעים.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(ג) </w:t>
      </w:r>
      <w:r>
        <w:rPr>
          <w:rFonts w:ascii="Arial" w:hAnsi="Arial" w:cs="Arial" w:eastAsia="Arial" w:hint="cs"/>
          <w:sz w:val="24"/>
          <w:szCs w:val="24"/>
          <w:rtl/>
        </w:rPr>
        <w:t>הילדה בתמונה הייתה סבתא, בגיל 12. היא סיפרה על הכפר, על הבאר ועל העלייה לארץ. המפתח היה של הבית הישן.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(ד) </w:t>
      </w:r>
      <w:r>
        <w:rPr>
          <w:rFonts w:ascii="Arial" w:hAnsi="Arial" w:cs="Arial" w:eastAsia="Arial" w:hint="cs"/>
          <w:sz w:val="24"/>
          <w:szCs w:val="24"/>
          <w:rtl/>
        </w:rPr>
        <w:t>הזרעים היו מעץ בחצר. אמא של סבתא רצתה לשתול אותם, אבל שכחה.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(ה) </w:t>
      </w:r>
      <w:r>
        <w:rPr>
          <w:rFonts w:ascii="Arial" w:hAnsi="Arial" w:cs="Arial" w:eastAsia="Arial" w:hint="cs"/>
          <w:sz w:val="24"/>
          <w:szCs w:val="24"/>
          <w:rtl/>
        </w:rPr>
        <w:t>הנער לקח זרע אחד. עכשיו, בכל יום שישי, הוא וסבתא משקים עציץ, והוא שומע עוד סיפור.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24"/>
          <w:szCs w:val="24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דור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כל האנשים שנולדו בערך באותה תקופה (סבים, הורים, ילדים)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דהויים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שהצבע שלהם כבר חלש מהזמן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חלוד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מכוסה בשכבה חומה כי הברזל נשאר במים או באוויר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לשה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עובדת בידיים על בצק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צריף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בית פשוט וקטן מעץ או מפח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רשות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אישור לעשות משהו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מה ביקשה המורה?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חפץ משפחתי ישן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מתכון לעוגה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ציור חדש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היה בקופסה של סבתא?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כסף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מפתח, תמונה, מכתב וזרעים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משחקים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3. מי הילדה בתמונה?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4. מה עושים הנער וסבתא בכל יום שישי?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5. השלימו: "שאלה שהייתי רוצה לשאול את סבא או סבתא שלי היא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כל האנשים שנולדו בערך באותה תקופה (סבים, הורים, ילדים)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דהויים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אישור לעשות משהו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חלוד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שהצבע שלהם כבר חלש מהזמן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מכוסה בשכבה חומה כי הברזל נשאר במים או באוויר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צריף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עובדת בידיים על בצק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רשות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בית פשוט וקטן מעץ או מפח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איך הרגשתי בעבודה על הטקסט?   😀   🙂   😐   🙁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🃏 קלפים, סיכות ומטבעות: למה ילדים חוזרים לאסוף?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2"/>
          <w:szCs w:val="22"/>
          <w:rtl/>
        </w:rPr>
        <w:t>כתבה · גרסה: עולים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24"/>
          <w:szCs w:val="24"/>
          <w:iCs/>
          <w:rtl/>
        </w:rPr>
        <w:t>קִראו את הטקסט. מילים קשות מוסברות במילון בסוף הטקסט.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(א) </w:t>
      </w:r>
      <w:r>
        <w:rPr>
          <w:rFonts w:ascii="Arial" w:hAnsi="Arial" w:cs="Arial" w:eastAsia="Arial" w:hint="cs"/>
          <w:sz w:val="24"/>
          <w:szCs w:val="24"/>
          <w:rtl/>
        </w:rPr>
        <w:t>בהפסקה ילדים מחליפים קלפים, סיכות ומטבעות. נראה כמו שוק קטן.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(ב) </w:t>
      </w:r>
      <w:r>
        <w:rPr>
          <w:rFonts w:ascii="Arial" w:hAnsi="Arial" w:cs="Arial" w:eastAsia="Arial" w:hint="cs"/>
          <w:sz w:val="24"/>
          <w:szCs w:val="24"/>
          <w:rtl/>
        </w:rPr>
        <w:t>למה אוספים? כי אפשר לגעת בחפץ ולהחזיק אותו. האוסף נותן תחושה של סדר.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(ג) </w:t>
      </w:r>
      <w:r>
        <w:rPr>
          <w:rFonts w:ascii="Arial" w:hAnsi="Arial" w:cs="Arial" w:eastAsia="Arial" w:hint="cs"/>
          <w:sz w:val="24"/>
          <w:szCs w:val="24"/>
          <w:rtl/>
        </w:rPr>
        <w:t>האוסף עוזר להכיר חברים. נוגה הכירה חברה טובה בזכות סיכה.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(ד) </w:t>
      </w:r>
      <w:r>
        <w:rPr>
          <w:rFonts w:ascii="Arial" w:hAnsi="Arial" w:cs="Arial" w:eastAsia="Arial" w:hint="cs"/>
          <w:sz w:val="24"/>
          <w:szCs w:val="24"/>
          <w:rtl/>
        </w:rPr>
        <w:t>לעומר יש מטבעות מסבא. כל מטבע מספר על מקום אחר. כך הוא למד היסטוריה.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(ה) </w:t>
      </w:r>
      <w:r>
        <w:rPr>
          <w:rFonts w:ascii="Arial" w:hAnsi="Arial" w:cs="Arial" w:eastAsia="Arial" w:hint="cs"/>
          <w:sz w:val="24"/>
          <w:szCs w:val="24"/>
          <w:rtl/>
        </w:rPr>
        <w:t>לפעמים יש ויכוחים. יש בתי ספר שקבעו כללים. אפשר גם לאסוף דברים בחינם: עלים, אבנים, כרטיסים.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24"/>
          <w:szCs w:val="24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מתמקחים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מתווכחים על המחיר או על התמורה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אספנות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התחביב של לאסוף חפצים מסוג מסוים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תירוץ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סיבה שנותנים כדי לעשות משהו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הוגנות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התנהגות צודקת וישרה כלפי כולם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התחייבות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הבטחה שצריך לקיים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נדיר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שיש מעט ממנו, קשה למצוא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מה ילדים מחליפים בהפסקה?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שיעורי בית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אוכל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קלפים, סיכות ומטבעות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איך נוגה הכירה חברה טובה?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בזכות סיכה על התיק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בזכות מבחן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בזכות טיול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3. ממי קיבל עומר מטבעות?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4. כתבו דבר אחד שאפשר לאסוף בחינם.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5. השלימו: "אם הייתי אוסף/ת משהו, הייתי אוסף/ת ___ כי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מתמקחים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סיבה שנותנים כדי לעשות משהו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אספנות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הבטחה שצריך לקיים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תירוץ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שיש מעט ממנו, קשה למצוא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הוגנות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התנהגות צודקת וישרה כלפי כולם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התחייבות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מתווכחים על המחיר או על התמורה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נדיר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התחביב של לאסוף חפצים מסוג מסוים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איך הרגשתי בעבודה על הטקסט?   😀   🙂   😐   🙁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🥪 מה יש בקופסה? כריך מהבית מול מזנון בית הספר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2"/>
          <w:szCs w:val="22"/>
          <w:rtl/>
        </w:rPr>
        <w:t>טקסט מידעי · גרסה: עולים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24"/>
          <w:szCs w:val="24"/>
          <w:iCs/>
          <w:rtl/>
        </w:rPr>
        <w:t>קִראו את הטקסט. מילים קשות מוסברות במילון בסוף הטקסט.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(א) </w:t>
      </w:r>
      <w:r>
        <w:rPr>
          <w:rFonts w:ascii="Arial" w:hAnsi="Arial" w:cs="Arial" w:eastAsia="Arial" w:hint="cs"/>
          <w:sz w:val="24"/>
          <w:szCs w:val="24"/>
          <w:rtl/>
        </w:rPr>
        <w:t>בגיל ההתבגרות הגוף גדל מהר. הוא צריך אוכל שנותן אנרגיה, וגם חלבון וסידן לעצמות.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(ב) </w:t>
      </w:r>
      <w:r>
        <w:rPr>
          <w:rFonts w:ascii="Arial" w:hAnsi="Arial" w:cs="Arial" w:eastAsia="Arial" w:hint="cs"/>
          <w:sz w:val="24"/>
          <w:szCs w:val="24"/>
          <w:rtl/>
        </w:rPr>
        <w:t>מי שלא אוכל בבוקר ובהפסקה – מתקשה להתרכז ומתעצבן מהר.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(ג) </w:t>
      </w:r>
      <w:r>
        <w:rPr>
          <w:rFonts w:ascii="Arial" w:hAnsi="Arial" w:cs="Arial" w:eastAsia="Arial" w:hint="cs"/>
          <w:sz w:val="24"/>
          <w:szCs w:val="24"/>
          <w:rtl/>
        </w:rPr>
        <w:t>כריך מהבית: זול יותר, ואפשר לבחור מה יש בו. אבל צריך להכין אותו.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(ד) </w:t>
      </w:r>
      <w:r>
        <w:rPr>
          <w:rFonts w:ascii="Arial" w:hAnsi="Arial" w:cs="Arial" w:eastAsia="Arial" w:hint="cs"/>
          <w:sz w:val="24"/>
          <w:szCs w:val="24"/>
          <w:rtl/>
        </w:rPr>
        <w:t>במזנון: כיף לבחור עם חברים. אבל יש שם הרבה מתוקים, שנותנים אנרגיה לזמן קצר.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(ה) </w:t>
      </w:r>
      <w:r>
        <w:rPr>
          <w:rFonts w:ascii="Arial" w:hAnsi="Arial" w:cs="Arial" w:eastAsia="Arial" w:hint="cs"/>
          <w:sz w:val="24"/>
          <w:szCs w:val="24"/>
          <w:rtl/>
        </w:rPr>
        <w:t>חשוב לשתות מים כל היום. אסף התחיל להכין כריך בעצמו – ועכשיו הוא אוכל אותו.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24"/>
          <w:szCs w:val="24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דלק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חומר שנותן אנרגיה (לרכב, ולגוף – המזון)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מינרלים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חומרים קטנים במזון שהגוף צריך, כמו סידן וברזל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מתקשים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קשה להם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מרכיבים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הדברים שמהם עשוי משהו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מעובד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מזון שעבר הרבה שינויים במפעל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לגוון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לשנות, לא לעשות תמיד אותו דבר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מה צריך הגוף כדי לבנות עצמות?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סוכר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סידן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מלח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קורה למי שלא אוכל בהפסקה?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הוא רץ מהר יותר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הוא לא מרגיש כלום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קשה לו להתרכז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3. כתבו יתרון אחד של כריך מהבית.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4. מה כדאי להחזיק בתיק?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5. השלימו: "בקופסת ההפסקה שלי אני רוצה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דלק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חומרים קטנים במזון שהגוף צריך, כמו סידן וברזל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מינרלים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הדברים שמהם עשוי משהו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מתקשים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קשה להם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מרכיבים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מזון שעבר הרבה שינויים במפעל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מעובד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חומר שנותן אנרגיה (לרכב, ולגוף – המזון)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לגוון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לשנות, לא לעשות תמיד אותו דבר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איך הרגשתי בעבודה על הטקסט?   😀   🙂   😐   🙁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🎤 הלב דופק, הקול רועד: איך מתמודדים עם פחד קהל?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2"/>
          <w:szCs w:val="22"/>
          <w:rtl/>
        </w:rPr>
        <w:t>טקסט מידעי · גרסה: עולים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24"/>
          <w:szCs w:val="24"/>
          <w:iCs/>
          <w:rtl/>
        </w:rPr>
        <w:t>קִראו את הטקסט. מילים קשות מוסברות במילון בסוף הטקסט.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(א) </w:t>
      </w:r>
      <w:r>
        <w:rPr>
          <w:rFonts w:ascii="Arial" w:hAnsi="Arial" w:cs="Arial" w:eastAsia="Arial" w:hint="cs"/>
          <w:sz w:val="24"/>
          <w:szCs w:val="24"/>
          <w:rtl/>
        </w:rPr>
        <w:t>ליה הציגה עבודה מול הכיתה. הרגליים רעדו, והיא שכחה את המשפט הראשון. הרבה אנשים מפחדים לעמוד מול קהל.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(ב) </w:t>
      </w:r>
      <w:r>
        <w:rPr>
          <w:rFonts w:ascii="Arial" w:hAnsi="Arial" w:cs="Arial" w:eastAsia="Arial" w:hint="cs"/>
          <w:sz w:val="24"/>
          <w:szCs w:val="24"/>
          <w:rtl/>
        </w:rPr>
        <w:t>כשמפחדים, הגוף משחרר אדרנלין. הלב דופק מהר, הידיים מזיעות. הגוף חושב שיש סכנה.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(ג) </w:t>
      </w:r>
      <w:r>
        <w:rPr>
          <w:rFonts w:ascii="Arial" w:hAnsi="Arial" w:cs="Arial" w:eastAsia="Arial" w:hint="cs"/>
          <w:sz w:val="24"/>
          <w:szCs w:val="24"/>
          <w:rtl/>
        </w:rPr>
        <w:t>לפני: מתאמנים בקול רם, כותבים כרטיסים קטנים, ויודעים בעל פה את המשפט הראשון.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(ד) </w:t>
      </w:r>
      <w:r>
        <w:rPr>
          <w:rFonts w:ascii="Arial" w:hAnsi="Arial" w:cs="Arial" w:eastAsia="Arial" w:hint="cs"/>
          <w:sz w:val="24"/>
          <w:szCs w:val="24"/>
          <w:rtl/>
        </w:rPr>
        <w:t>במהלך: נושמים לאט. מסתכלים על חבר שמחייך. אם שכחתם – עוצרים ומסתכלים בכרטיס.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(ה) </w:t>
      </w:r>
      <w:r>
        <w:rPr>
          <w:rFonts w:ascii="Arial" w:hAnsi="Arial" w:cs="Arial" w:eastAsia="Arial" w:hint="cs"/>
          <w:sz w:val="24"/>
          <w:szCs w:val="24"/>
          <w:rtl/>
        </w:rPr>
        <w:t>אחרי: שואלים "מה הלך טוב? מה אשנה?". ליה הציגה שוב, והפעם היה לה קל יותר.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24"/>
          <w:szCs w:val="24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מאוימים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מרגישים שיש סכנה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הורמון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חומר שהגוף מייצר ומעביר הודעות בתוכו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שטחית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לא עמוקה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טורפת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חיה שצדה ואוכלת חיות אחרות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מילות מפתח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מילים חשובות שעוזרות לזכור רעיון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בחומרה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בצורה קשה ולא סלחנית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מה הגוף משחרר כשמפחדים?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מים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אדרנלין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אוויר קר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קורה ללב כשמפחדים?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נעצר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דופק מהר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שר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3. כתבו עצה אחת לפני הצגה.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4. איך נושמים כדי להירגע?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5. השלימו: "כשאני מפחד/ת, מה שעוזר לי הוא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מאוימים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מילים חשובות שעוזרות לזכור רעיון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הורמון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מרגישים שיש סכנה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שטחית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חיה שצדה ואוכלת חיות אחרות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טורפת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לא עמוקה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מילות מפתח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חומר שהגוף מייצר ומעביר הודעות בתוכו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בחומרה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בצורה קשה ולא סלחנית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איך הרגשתי בעבודה על הטקסט?   😀   🙂   😐   🙁</w:t>
      </w:r>
    </w:p>
    <w:sectPr w:rsidR="00FC693F" w:rsidRPr="0006063C" w:rsidSect="00034616">
      <w:footerReference w:type="default" r:id="rId9"/>
      <w:pgSz w:w="11906" w:h="16838"/>
      <w:pgMar w:top="850" w:right="907" w:bottom="850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 w:eastAsia="Arial" w:hint="cs"/>
        <w:color w:val="777777"/>
        <w:sz w:val="16"/>
        <w:szCs w:val="16"/>
        <w:rtl/>
      </w:rPr>
      <w:t>יצרה: רוית ראש בן ישי · מאגר טקסטים לכיתה ז׳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 w:eastAsia="Arial" w:hint="c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bidi/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 w:hint="c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bidi/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bidi/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bidi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 w:eastAsia="Arial" w:hint="c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2 – מאגר טקסטים לכיתה ז׳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