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 w:eastAsia="Arial" w:hint="cs"/>
          <w:sz w:val="96"/>
          <w:szCs w:val="96"/>
          <w:rtl/>
        </w:rPr>
        <w:t>📗</w:t>
      </w:r>
    </w:p>
    <w:p>
      <w:pPr>
        <w:bidi/>
        <w:pStyle w:val="Title"/>
        <w:jc w:val="center"/>
      </w:pPr>
      <w:r>
        <w:rPr>
          <w:rFonts w:ascii="Arial" w:hAnsi="Arial" w:cs="Arial" w:eastAsia="Arial" w:hint="cs"/>
          <w:b/>
          <w:color w:val="4B2BA8"/>
          <w:sz w:val="52"/>
          <w:szCs w:val="52"/>
          <w:bCs/>
          <w:rtl/>
        </w:rPr>
        <w:t>חוברת 1 – מאגר טקסטים לכיתה ז׳</w:t>
      </w:r>
    </w:p>
    <w:p>
      <w:pPr>
        <w:bidi/>
        <w:jc w:val="center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הבנת הנקרא · טקסטים 1–10 · גרסה: חנ״מ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6A3FD4"/>
          <w:sz w:val="28"/>
          <w:szCs w:val="28"/>
          <w:bCs/>
          <w:rtl/>
        </w:rPr>
        <w:t>תוכן העניינים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📱 זירת המסכים: מה קורה בקבוצת ההודעות השכבתית?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🏫 מדריך הישרדות לכיתה ז׳: עצות מהגדולים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🧗 גבוה, מהר, חזק: למה ילדים בני 12 מטפסים על קירות?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🌙 מה קורה למוח בעשר בלילה? על טלפונים, אור ושינה (טקסט מידעי)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🎒 עם התיק הכחול: יומן של ילד חדש (סיפור קצר)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6. 🤝 "גיליתי שגם אני יכולה לתת": ראיון עם מתנדבת בת 13 (ראיון)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7. 👧 האח הגדול זה לא תפקיד, זו עבודה במשרה מלאה (טור דעה)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8. 🏕️ הלילה שבו נגמר החשמל באכסניה (סיפור קצר)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9. 👟 מכנסיים רחבים, נעלי בד וסיכות בשיער: האופנה שחוזרת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10. 🐶 חבר עם ארבע רגליים: האם חיות מחמד משפרות את מצב הרוח? (טקסט מידעי)</w:t>
      </w:r>
    </w:p>
    <w:p>
      <w:pPr>
        <w:bidi/>
        <w:jc w:val="center"/>
      </w:pPr>
      <w:r>
        <w:rPr>
          <w:rFonts w:ascii="Arial" w:hAnsi="Arial" w:cs="Arial" w:eastAsia="Arial" w:hint="cs"/>
          <w:color w:val="777777"/>
          <w:sz w:val="22"/>
          <w:szCs w:val="22"/>
          <w:rtl/>
        </w:rPr>
        <w:t>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📘 מהדורה למורה – מפתח תשובות לחוברת 1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מפתח התשובות לכל עשרת הטקסטים מרוכז כאן. דפי התלמיד מתחילים אחרי המפתח. מחוון לשאלות עמדה: עמדה ברורה – 2 · נימוק – 3 · הוכחה/דוגמה – 3 · לשון ומבנה – 2.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📱 זירת המסכים: מה קורה בקבוצת ההודעות השכבתית?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בקבוצת ההודעות של השכבה...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רק משחקים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מתאמים מפגשים ומעבירים סיכומים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אסור לכתוב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מתאמים מפגשים ומעבירים סיכומים.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היועץ אומר שהקבוצה היא כמו...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ספרייה שקטה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גן שעשועים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רחוב בלי שוטרים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רחוב בלי שוטרים.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למה נועה הרגישה רע? – </w:t>
      </w:r>
      <w:r>
        <w:rPr>
          <w:rFonts w:ascii="Arial" w:hAnsi="Arial" w:cs="Arial" w:eastAsia="Arial" w:hint="cs"/>
          <w:sz w:val="28"/>
          <w:szCs w:val="28"/>
          <w:rtl/>
        </w:rPr>
        <w:t>כי היא שלחה פרצוף צוחק על הודעה שפגעה בילד.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זה "זהירות דיגיטלית"? השלימו: עוצרים לרגע לפני ש___. – </w:t>
      </w:r>
      <w:r>
        <w:rPr>
          <w:rFonts w:ascii="Arial" w:hAnsi="Arial" w:cs="Arial" w:eastAsia="Arial" w:hint="cs"/>
          <w:sz w:val="28"/>
          <w:szCs w:val="28"/>
          <w:rtl/>
        </w:rPr>
        <w:t>לפני ששולחים הודעה.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האם צריך לאסור קבוצות של השכבה? השלימו: "אני חושב/ת ש___ כי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אישית: עמדה + סיבה.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אבל לפעמים מישהו נפגע ב_______.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(קבוצה)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היועץ רן גלבוע אומר: "הקבוצה היא כמו רחוב בלי _______." מול המסך קל יותר לכתוב מילים פוגעות.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(שוטרים)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היא הבינה שקל _______ אחרי כולם.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(להיסחף)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הפתרון: "_______ דיגיטלית".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(זהירות)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🏫 מדריך הישרדות לכיתה ז׳: עצות מהגדולים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בכיתה ז׳ יש...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רק שיעור אחד ביום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מורה אחת לכל השיעורים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מורה לכל מקצוע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מורה לכל מקצוע.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עשתה שירה כדי לא לשכוח מחברות?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סידרה את התיק בערב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השאירה מחברות בכיתה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ביקשה מחברה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סידרה את התיק בכל ערב לפי המערכת של מחר.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גילתה נועה כששאלה בשיעור? – </w:t>
      </w:r>
      <w:r>
        <w:rPr>
          <w:rFonts w:ascii="Arial" w:hAnsi="Arial" w:cs="Arial" w:eastAsia="Arial" w:hint="cs"/>
          <w:sz w:val="28"/>
          <w:szCs w:val="28"/>
          <w:rtl/>
        </w:rPr>
        <w:t>שגם ילדים אחרים לא הבינו.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איפה קל להכיר חברים חדשים? כתבו מקום אחד. – </w:t>
      </w:r>
      <w:r>
        <w:rPr>
          <w:rFonts w:ascii="Arial" w:hAnsi="Arial" w:cs="Arial" w:eastAsia="Arial" w:hint="cs"/>
          <w:sz w:val="28"/>
          <w:szCs w:val="28"/>
          <w:rtl/>
        </w:rPr>
        <w:t>בחוג / בקבוצת ספורט / בפעילות בהפסקה.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איזו עצה אתם הכי אוהבים? השלימו: "העצה שאני הכי אוהב/ת היא ___ כי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 עם נימוק.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העצה הראשונה שלהם: לשמור על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(סדר)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העצה השנייה: לא לפחד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(לשאול)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אפשר להצטרף ל_______ או לקבוצת ספורט.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(חוג)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העצה השלישית: לחפש _______ חדשים.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(חברים)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שירה מספרת שהיא סידרה את ה_______ בכל ערב לפי המערכת של מחר.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(תיק)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🧗 גבוה, מהר, חזק: למה ילדים בני 12 מטפסים על קירות?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איזה ספורט עושה מאיה?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טיפוס על קיר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שחייה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טיפוס על קיר.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הילדים לומדים בספורט אתגרי?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להתמודד עם פחד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לשבת בשקט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להתמודד עם פחד, להצליח ולסמוך על אחרים.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כלל בטיחות אחד מהטקסט. – </w:t>
      </w:r>
      <w:r>
        <w:rPr>
          <w:rFonts w:ascii="Arial" w:hAnsi="Arial" w:cs="Arial" w:eastAsia="Arial" w:hint="cs"/>
          <w:sz w:val="28"/>
          <w:szCs w:val="28"/>
          <w:rtl/>
        </w:rPr>
        <w:t>כל ציוד נבדק פעמיים.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למה מחאו כפיים לאביב? – </w:t>
      </w:r>
      <w:r>
        <w:rPr>
          <w:rFonts w:ascii="Arial" w:hAnsi="Arial" w:cs="Arial" w:eastAsia="Arial" w:hint="cs"/>
          <w:sz w:val="28"/>
          <w:szCs w:val="28"/>
          <w:rtl/>
        </w:rPr>
        <w:t>כי הוא קם אחרי שנפל.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"אתגר שאני רוצה לנסות הוא ___ כי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הם לומדים להתמודד עם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(פחד)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🌙 מה קורה למוח בעשר בלילה? על טלפונים, אור ושינה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שעות שינה צריכים בני נוער?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15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8–10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4 שעות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שמונה עד עשר שעות.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עושה האור של המסך?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משפיע בכלל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מפריע למוח להתכונן לשינה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עוזר להירדם מהר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מפריע למוח להתכונן לשינה (מפריע למלטונין).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עוד דבר, חוץ מהאור, שמפריע להירדם. – </w:t>
      </w:r>
      <w:r>
        <w:rPr>
          <w:rFonts w:ascii="Arial" w:hAnsi="Arial" w:cs="Arial" w:eastAsia="Arial" w:hint="cs"/>
          <w:sz w:val="28"/>
          <w:szCs w:val="28"/>
          <w:rtl/>
        </w:rPr>
        <w:t>משחק מותח / הודעה מעליבה / סרטון מרגש.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איפה שמה משפחת אלמוג את הטלפונים בלילה? – </w:t>
      </w:r>
      <w:r>
        <w:rPr>
          <w:rFonts w:ascii="Arial" w:hAnsi="Arial" w:cs="Arial" w:eastAsia="Arial" w:hint="cs"/>
          <w:sz w:val="28"/>
          <w:szCs w:val="28"/>
          <w:rtl/>
        </w:rPr>
        <w:t>בקופסה ליד המטבח.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"לפני השינה אני יכול/ה במקום מסך ___." – </w:t>
      </w:r>
      <w:r>
        <w:rPr>
          <w:rFonts w:ascii="Arial" w:hAnsi="Arial" w:cs="Arial" w:eastAsia="Arial" w:hint="cs"/>
          <w:sz w:val="28"/>
          <w:szCs w:val="28"/>
          <w:rtl/>
        </w:rPr>
        <w:t>לקרוא ספר / לשמוע מוזיקה שקטה / לדבר עם מישהו מהמשפחה.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המוח מסדר את מה שלמדנו, והגוף גדל.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(שינה)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האור של ה_______ מפריע לזה.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(מסך)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כשמחשיך, המוח מייצר חומר שעוזר להירדם: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(מלטונין)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להפסיק מסכים _______ לפני השינה.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(שעה)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🎒 עם התיק הכחול: יומן של ילד חדש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מאיפה הגיע אורי?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מהצפון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מחו"ל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מהדרום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מהצפון.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איפה ישב אורי בהפסקה?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בספרייה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במגרש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בקפיטריה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בספרייה.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אורי ידע לעשות בשיעור מדעים? – </w:t>
      </w:r>
      <w:r>
        <w:rPr>
          <w:rFonts w:ascii="Arial" w:hAnsi="Arial" w:cs="Arial" w:eastAsia="Arial" w:hint="cs"/>
          <w:sz w:val="28"/>
          <w:szCs w:val="28"/>
          <w:rtl/>
        </w:rPr>
        <w:t>לחבר מעגל חשמלי.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עשה אורי בסוף הסיפור? – </w:t>
      </w:r>
      <w:r>
        <w:rPr>
          <w:rFonts w:ascii="Arial" w:hAnsi="Arial" w:cs="Arial" w:eastAsia="Arial" w:hint="cs"/>
          <w:sz w:val="28"/>
          <w:szCs w:val="28"/>
          <w:rtl/>
        </w:rPr>
        <w:t>ישב ליד הילד החדש ואמר לו שלום.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"כשמגיע ילד חדש לכיתה, אני יכול/ה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אישית, למשל: לשבת לידו / להזמין אותו לשחק.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אחרי חודש הגיע ילד _______ לכיתה.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(חדש)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הוא ישב בשולחן האחרון ושמר את ה_______ על הברכיים.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(תיק)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ישב ב_______ וחשב על החברים בצפון.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(ספרייה)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אורי ידע לחבר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(מעגל חשמלי)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בהפסקה הוא היה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(לבד)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🤝 "גיליתי שגם אני יכולה לתת": ראיון עם מתנדבת בת 13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עושה תמר בגן?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מנקה את החצר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מבשלת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קוראת סיפורים לילדים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קוראת סיפורים לילדים.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היה הכי קשה לתמר?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לדבר עם ליה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למצוא זמן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לקרוא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למצוא זמן.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תמר קיבלה מההתנדבות? כתבו דבר אחד. – </w:t>
      </w:r>
      <w:r>
        <w:rPr>
          <w:rFonts w:ascii="Arial" w:hAnsi="Arial" w:cs="Arial" w:eastAsia="Arial" w:hint="cs"/>
          <w:sz w:val="28"/>
          <w:szCs w:val="28"/>
          <w:rtl/>
        </w:rPr>
        <w:t>ביטחון / סבלנות / סדר.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ציירה ליה לתמר? – </w:t>
      </w:r>
      <w:r>
        <w:rPr>
          <w:rFonts w:ascii="Arial" w:hAnsi="Arial" w:cs="Arial" w:eastAsia="Arial" w:hint="cs"/>
          <w:sz w:val="28"/>
          <w:szCs w:val="28"/>
          <w:rtl/>
        </w:rPr>
        <w:t>שתי ילדות עם ספר גדול, ומילה "תודה".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"אני יכול/ה לעזור ל___ ב___."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פעם בשבוע היא _______ סיפורים לילדי גן.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(קוראת)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היא התחילה כי המחנכת סיפרה על _______ שצריך עזרה.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(גן)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וסבלנות.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(ביטחון)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תמר למדה _______ את השבוע מראש.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(לתכנן)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👧 האח הגדול זה לא תפקיד, זו עבודה במשרה מלאה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על מי הדס שומרת?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על שני האחים הקטנים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על הכלב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על חברה מהכיתה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על שני האחים הקטנים שלה.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הכי קשה להדס?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הבישול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הקריאה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האחריות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האחריות.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דבר אחד שהדס למדה. – </w:t>
      </w:r>
      <w:r>
        <w:rPr>
          <w:rFonts w:ascii="Arial" w:hAnsi="Arial" w:cs="Arial" w:eastAsia="Arial" w:hint="cs"/>
          <w:sz w:val="28"/>
          <w:szCs w:val="28"/>
          <w:rtl/>
        </w:rPr>
        <w:t>לבשל / להרגיע ילד / להמציא משחקים.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הדס מבקשת מההורים? כתבו בקשה אחת. – </w:t>
      </w:r>
      <w:r>
        <w:rPr>
          <w:rFonts w:ascii="Arial" w:hAnsi="Arial" w:cs="Arial" w:eastAsia="Arial" w:hint="cs"/>
          <w:sz w:val="28"/>
          <w:szCs w:val="28"/>
          <w:rtl/>
        </w:rPr>
        <w:t>שיגידו תודה / יום חופשי / שיזכרו שהיא ילדה.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"בבית אני עוזר/ת ב___, ואני מרגיש/ה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יש לה שני _______ קטנים.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(אחים)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הדבר הקשה ביותר הוא ה_______.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(אחריות)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הדס מבקשת: שיגידו לה _______, שיהיה לה יום חופשי, ושיזכרו שהיא עדיין ילדה.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(תודה)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🏕️ הלילה שבו נגמר החשמל באכסניה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למה נגה לא רצתה לנסוע לטיול?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כי היא חולה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כי אין לה תיק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כי היא אוהבת שקט וספרים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כי היא אוהבת שקט וספרים.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קרה בלילה?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ירד שלג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החשמל נפל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הגיע אוטובוס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החשמל נפל.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היה רק לנגה? – </w:t>
      </w:r>
      <w:r>
        <w:rPr>
          <w:rFonts w:ascii="Arial" w:hAnsi="Arial" w:cs="Arial" w:eastAsia="Arial" w:hint="cs"/>
          <w:sz w:val="28"/>
          <w:szCs w:val="28"/>
          <w:rtl/>
        </w:rPr>
        <w:t>פנס.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עשו הבנות בחושך? – </w:t>
      </w:r>
      <w:r>
        <w:rPr>
          <w:rFonts w:ascii="Arial" w:hAnsi="Arial" w:cs="Arial" w:eastAsia="Arial" w:hint="cs"/>
          <w:sz w:val="28"/>
          <w:szCs w:val="28"/>
          <w:rtl/>
        </w:rPr>
        <w:t>ישבו במעגל וסיפרו סיפורים.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"פעם, בטיול, אני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נגה לא רצתה לצאת ל_______ השנתי.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(טיול)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פתאום ה_______ נפל.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(חשמל)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רק לנגה היה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(פנס)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כולן ישבו ב_______ על השטיח.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(מעגל)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כל אחת סיפרה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(סיפור)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👟 מכנסיים רחבים, נעלי בד וסיכות בשיער: האופנה שחוזרת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לבשה אמא של עדי בתמונה?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מכנסיים רחבים ונעלי בד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חליפה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שמלה ארוכה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מכנסיים רחבים ונעלי בד.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זה "מעגל האופנה"?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בגדים ישנים חוזרים להיות באופנה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חנות חדשה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בגדים עגולים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בגדים ישנים חוזרים להיות באופנה.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סיבה אחת לכך שהאופנה חוזרת. – </w:t>
      </w:r>
      <w:r>
        <w:rPr>
          <w:rFonts w:ascii="Arial" w:hAnsi="Arial" w:cs="Arial" w:eastAsia="Arial" w:hint="cs"/>
          <w:sz w:val="28"/>
          <w:szCs w:val="28"/>
          <w:rtl/>
        </w:rPr>
        <w:t>געגוע / חברות רוצות למכור / רצון להיות שונים.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עושים ב"יריד החלפות"? – </w:t>
      </w:r>
      <w:r>
        <w:rPr>
          <w:rFonts w:ascii="Arial" w:hAnsi="Arial" w:cs="Arial" w:eastAsia="Arial" w:hint="cs"/>
          <w:sz w:val="28"/>
          <w:szCs w:val="28"/>
          <w:rtl/>
        </w:rPr>
        <w:t>מביאים בגד ולוקחים בגד אחר.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"בגד ישן שהייתי רוצה ללבוש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מעצבים קוראים לזה "מעגל ה_______": בגדים נעלמים, ואחרי שנים הם חוזרים.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(אופנה)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יש בני נוער שלובשים בגדים של ה_______.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(הורים)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יש שלוש סיבות: _______ לתקופה ישנה, חברות שרוצות למכור "חדש", ורצון של בני נוער להיות שונים.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(געגוע)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לבגדים ישנים יש גם יתרון ל_______: לא צריך לייצר בגד חדש.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(סביבה)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🐶 חבר עם ארבע רגליים: האם חיות מחמד משפרות את מצב הרוח?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איך קוראים לכלב של נטע?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שוקו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מלך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פלפל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פלפל.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עוזר להירגע, לפי המחקרים?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ללטף כלב או חתול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לצעוק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לא לישון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ללטף כלב או חתול.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דבר אחד שצריך לבדוק לפני שמאמצים. – </w:t>
      </w:r>
      <w:r>
        <w:rPr>
          <w:rFonts w:ascii="Arial" w:hAnsi="Arial" w:cs="Arial" w:eastAsia="Arial" w:hint="cs"/>
          <w:sz w:val="28"/>
          <w:szCs w:val="28"/>
          <w:rtl/>
        </w:rPr>
        <w:t>מי יטייל עם הכלב / מי ישלם / אלרגיה / חופשות.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עשתה נטע כדי לשכנע את ההורים? – </w:t>
      </w:r>
      <w:r>
        <w:rPr>
          <w:rFonts w:ascii="Arial" w:hAnsi="Arial" w:cs="Arial" w:eastAsia="Arial" w:hint="cs"/>
          <w:sz w:val="28"/>
          <w:szCs w:val="28"/>
          <w:rtl/>
        </w:rPr>
        <w:t>טיילה כל יום עם הכלב של השכנה.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"אם הייתה לי חיית מחמד, הייתי דואג/ת לה כך: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יש לה _______ בשם פלפל.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(כלב)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מחקרים מצאו שליטוף של כלב או _______ יכול להרגיע.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(חתול)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יש _______ קבועה.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(שגרה)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אנחנו לומדים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(אחריות)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זו החלטה של כל ה_______.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(משפחה)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📱 זירת המסכים: מה קורה בקבוצת ההודעות השכבתית?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קבוצה  ·  שוטרים  ·  מסך  ·  להיסחף  ·  זהירות  ·  לעצור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לכל שכבה יש קבוצת הודעות. שם מתאמים מפגשים ומעבירים סיכומים. אבל לפעמים מישהו נפגע בקבוצה.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היועץ רן גלבוע אומר: "הקבוצה היא כמו רחוב בלי שוטרים." מול המסך קל יותר לכתוב מילים פוגעות. גם התעלמות מילד היא פגיעה.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יש מבוגרים שחושבים שלא צריך להתערב. יש מבוגרים שחושבים שצריך כללים ברורים.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נועה מכיתה ז׳ שלחה פרצוף צוחק על הודעה שפגעה בילד. אחר כך היא הרגישה רע. היא הבינה שקל להיסחף אחרי כולם.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הפתרון: "זהירות דיגיטלית". עוצרים לרגע לפני ששולחים הודעה. מילה כתובה נשארת, גם אם מוחקים אותה.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מודרים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מרגישים שהשאירו אותם בחוץ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אומץ מדומה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אומץ שנראה אמיתי אבל הוא לא באמת אומץ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מכוונת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שעושים בכוונה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למחתרת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למקום סודי ונסתר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קבוצה  ·  שוטרים  ·  מסך  ·  להיסחף  ·  זהירות  ·  לעצור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בקבוצת ההודעות של השכבה...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רק משחקים משחקים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מתאמים מפגשים ומעבירים סיכומים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אסור לכתוב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היועץ אומר שהקבוצה היא כמו...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ספרייה שקטה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גן שעשועים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רחוב בלי שוטרים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למה נועה הרגישה רע?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זה "זהירות דיגיטלית"? השלימו: עוצרים לרגע לפני ש___.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האם צריך לאסור קבוצות של השכבה? השלימו: "אני חושב/ת ש___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אבל לפעמים מישהו נפגע ב_______.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היועץ רן גלבוע אומר: "הקבוצה היא כמו רחוב בלי _______." מול המסך קל יותר לכתוב מילים פוגעות.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היא הבינה שקל _______ אחרי כולם.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הפתרון: "_______ דיגיטלית".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🏫 מדריך הישרדות לכיתה ז׳: עצות מהגדולים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סדר  ·  לשאול  ·  חוג  ·  חברים  ·  תיק  ·  לבד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ביום הראשון של כיתה ז׳ הכול חדש. יש מורה לכל מקצוע. יש כיתות שמתחלפות. יש תלמידים חדשים מבתי ספר אחרים. אלון מכיתה ח׳ מספר: "בשבוע הראשון הלכתי לאיבוד שלוש פעמים."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תלמידי כיתה ח׳ כתבו מדריך לילדים שעולים לכיתה ז׳. העצה הראשונה שלהם: לשמור על סדר. שירה מספרת שהיא סידרה את התיק בכל ערב לפי המערכת של מחר. זה עזר לה מאוד.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העצה השנייה: לא לפחד לשאול. נועה פחדה לשאול בשיעור. אחר כך היא גילתה שגם ילדים אחרים לא הבינו. היועצת אומרת: "שאלה היא סימן שאכפת לך ללמוד."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העצה השלישית: לחפש חברים חדשים. אפשר להצטרף לחוג או לקבוצת ספורט. שם קל יותר להתחיל לדבר. מספיק לשאול שאלה קטנה, כמו "מה יש לנו עכשיו?"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בסוף המדריך התלמידים כתבו: "כולם מרגישים קצת אבודים בהתחלה." כלומר: אתם לא לבד.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מבהיל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מפחיד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שובצו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הוכנסו, קיבלו מקום (בכיתה)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כֵּנוֹת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אמיתיות, בלי להסתיר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מחזקת את הדברים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מסכימה ומוסיפה תמיכה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סדר  ·  לשאול  ·  חוג  ·  חברים  ·  תיק  ·  לבד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בכיתה ז׳ יש...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רק שיעור אחד ביום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מורה אחת לכל השיעורים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מורה לכל מקצוע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עשתה שירה כדי לא לשכוח מחברות?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סידרה את התיק בערב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השאירה מחברות בכיתה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ביקשה מחברה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גילתה נועה כששאלה בשיעור?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איפה קל להכיר חברים חדשים? כתבו מקום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איזו עצה אתם הכי אוהבים? השלימו: "העצה שאני הכי אוהב/ת היא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העצה הראשונה שלהם: לשמור על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העצה השנייה: לא לפחד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אפשר להצטרף ל_______ או לקבוצת ספורט.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העצה השלישית: לחפש _______ חדשים.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שירה מספרת שהיא סידרה את ה_______ בכל ערב לפי המערכת של מחר.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🧗 גבוה, מהר, חזק: למה ילדים בני 12 מטפסים על קירות?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גובה  ·  פחד  ·  הישג  ·  בטיחות  ·  שותף  ·  מטרה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מאיה בת 12 וחצי. היא מטפסת על קיר גבוה. בפעם הראשונה היא נתקעה ורעדו לה הרגליים. היום היא מגיעה עד למעלה.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יותר ויותר ילדים בגיל 12–13 בוחרים בספורט עם אתגר: טיפוס, ג'ודו, פארק חבלים.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למה? הם מרגישים הצלחה אישית. הם לומדים להתמודד עם פחד. וגם – זה כיף ואין בזה מסכים.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המאמנת אומרת: חשוב לבדוק גבולות במקום בטוח. יש חבל, יש מדריך ויש כללים. כל ציוד נבדק פעמיים.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אביב אומר: "כשנפלתי, כולם מחאו כפיים. לא בגלל שנפלתי – בגלל שקמתי."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רתמה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חגורה מיוחדת שמחברים אליה את החבל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מגמה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משהו שהולך ומתרחב, שיותר ויותר אנשים עושים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הישג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הצלחה שהשגת במאמץ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חורגים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עוברים את הגבול, הם יותר מ...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גובה  ·  פחד  ·  הישג  ·  בטיחות  ·  שותף  ·  מטרה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איזה ספורט עושה מאיה?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טיפוס על קיר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שחייה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הילדים לומדים בספורט אתגרי?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להתמודד עם פחד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לשבת בשקט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כלל בטיחות אחד מהטקסט.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למה מחאו כפיים לאביב?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"אתגר שאני רוצה לנסות הוא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הם לומדים להתמודד עם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🌙 מה קורה למוח בעשר בלילה? על טלפונים, אור ושינה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טקסט מידעי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שינה  ·  מסך  ·  אור  ·  מלטונין  ·  הרגל  ·  שעה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בכל ערב יש ויכוח בבית: מתי מניחים את הטלפון?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בני נוער צריכים לישון שמונה עד עשר שעות בלילה. בשינה המוח מסדר את מה שלמדנו, והגוף גדל.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כשמחשיך, המוח מייצר חומר שעוזר להירדם: מלטונין. האור של המסך מפריע לזה. המוח חושב שעדיין יום.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גם התוכן מפריע: משחק מותח או הודעה מעליבה מעוררים אותנו, וקשה להירדם.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מה אפשר לעשות? להפסיק מסכים שעה לפני השינה. להטעין את הטלפון מחוץ לחדר. במשפחת אלמוג כל הטלפונים "הולכים לישון" בקופסה ליד המטבח.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משא ומתן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שיחה שבה כל צד מנסה להגיע להסכמה טובה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להפריש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לייצר ולשחרר (חומר בגוף)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לדחות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להזיז למועד מאוחר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מעוררים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גורמים להיות ער ונרגש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שינה  ·  מסך  ·  אור  ·  מלטונין  ·  הרגל  ·  שעה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שעות שינה צריכים בני נוער?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15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8–10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4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עושה האור של המסך?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משפיע בכלל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מפריע למוח להתכונן לשינה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עוזר להירדם מהר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עוד דבר, חוץ מהאור, שמפריע להירדם.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איפה שמה משפחת אלמוג את הטלפונים בלילה?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"לפני השינה אני יכול/ה במקום מסך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המוח מסדר את מה שלמדנו, והגוף גדל.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האור של ה_______ מפריע לזה.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כשמחשיך, המוח מייצר חומר שעוזר להירדם: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להפסיק מסכים _______ לפני השינה.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🎒 עם התיק הכחול: יומן של ילד חדש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סיפור קצר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חדש  ·  תיק  ·  ספרייה  ·  זוג  ·  מעגל חשמלי  ·  לבד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אורי עבר עם המשפחה לעיר חדשה באמצע כיתה ז׳. ביום הראשון כולם הסתכלו עליו. הוא ישב בשולחן האחרון ושמר את התיק על הברכיים.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בהפסקה הוא היה לבד. הוא ישב בספרייה וחשב על החברים בצפון. החבר שחר ענה לו רק אחרי שעתיים.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בשיעור מדעים המורה צירפה את אורי לנגה ולאיתי. אורי ידע לחבר מעגל חשמלי. הנורה דלקה, וכולם צחקו. אורי צחק בפעם הראשונה.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איתי הזמין את אורי לשחק כדורסל. הוא הראה לו מקום סודי בפארק.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אחרי חודש הגיע ילד חדש לכיתה. הוא ישב לבד, עם תיק על הברכיים. אורי ישב לידו ואמר: "אני אורי."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מקהלה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קבוצה ששרה או מדברת יחד באותו 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אסיר תודה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מודה מאוד, מרגיש תודה גדולה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ציפיתי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חשבתי שזה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להתלונן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להגיד שמשהו לא טוב או לא מוצא חן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חדש  ·  תיק  ·  ספרייה  ·  זוג  ·  מעגל חשמלי  ·  לבד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מאיפה הגיע אורי?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מהצפון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מחו"ל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מהדרום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איפה ישב אורי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בספרייה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במגרש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בקפיטריה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אורי ידע לעשות בשיעור מדעים?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עשה אורי בסוף הסיפור?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"כשמגיע ילד חדש לכיתה,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אחרי חודש הגיע ילד _______ לכיתה.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הוא ישב בשולחן האחרון ושמר את ה_______ על הברכיים.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ישב ב_______ וחשב על החברים בצפון.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אורי ידע לחבר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בהפסקה הוא היה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🤝 "גיליתי שגם אני יכולה לתת": ראיון עם מתנדבת בת 13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ראיון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קוראת  ·  גן  ·  סל מזון  ·  ביטחון  ·  סבלנות  ·  לתכנן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תמר בת 13. היא מתנדבת. פעם בשבוע היא קוראת סיפורים לילדי גן. פעם בחודש היא עוזרת לחלק סלי מזון למשפחות.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היא התחילה כי המחנכת סיפרה על גן שצריך עזרה. ילדה קטנה, ליה, ביקשה שתבוא שוב.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מה קשה? הזמן. תמר למדה לתכנן את השבוע מראש. כך היא גם נעשתה מסודרת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מה היא קיבלה? ביטחון וסבלנות. היום היא קוראת מול עשרים ילדים ולא מפחדת.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העצה שלה: להתחיל בקטן, לבחור משהו שאוהבים, ולהביא חבר.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נתפסתי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התאהבתי בזה ולא יכולתי להפסיק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לתכנן מראש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להחליט לפני מה עושים ומתי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מתביישת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מרגישה לא נוח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סבלנות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היכולת לחכות ולהישאר רגועים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קוראת  ·  גן  ·  סל מזון  ·  ביטחון  ·  סבלנות  ·  לתכנן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עושה תמר בגן?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מנקה את החצר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מבשלת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קוראת סיפורים לילדים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היה הכי קשה לתמר?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לדבר עם ליה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למצוא זמן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לקרוא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תמר קיבלה מההתנדבות? כתבו דבר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ציירה ליה לתמר?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"אני יכול/ה לעזור ל___ ב___."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פעם בשבוע היא _______ סיפורים לילדי גן.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היא התחילה כי המחנכת סיפרה על _______ שצריך עזרה.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וסבלנות.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תמר למדה _______ את השבוע מראש.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👧 האח הגדול זה לא תפקיד, זו עבודה במשרה מלאה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טור דעה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אחים  ·  אחריות  ·  עייפה  ·  תודה  ·  גאה  ·  ילדה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הדס בת 12 וחצי. יש לה שני אחים קטנים. ההורים עובדים, ולכן שלוש פעמים בשבוע היא שומרת עליהם.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זה לא קל. שני האחים רוצים דברים שונים. גם הדס צריכה לעשות שיעורי בית.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הדבר הקשה ביותר הוא האחריות. פעם אחותה נפלה, והדס הרגישה שהיא אשמה.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אבל הדס גם למדה הרבה: לבשל, להרגיע, להמציא משחקים. היא אוהבת את הרגעים שבהם האחים שמחים בה.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הדס מבקשת: שיגידו לה תודה, שיהיה לה יום חופשי, ושיזכרו שהיא עדיין ילדה.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להשגיח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לשמור ולהסתכל שלא יקרה משהו רע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אחריות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להיות זה שדואג ושצריך לתת תשובה אם משהו קורה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נשרטה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נפצעה קצת, קיבלה שריטה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מתלוננת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אומרת שמשהו לא טוב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אחים  ·  אחריות  ·  עייפה  ·  תודה  ·  גאה  ·  ילדה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על מי הדס שומרת?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על שני האחים הקטנים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על הכלב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על חברה מהכיתה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הכי קשה להדס?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הבישול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הקריאה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האחריות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דבר אחד שהדס למדה.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הדס מבקשת מההורים? כתבו בקשה אחת.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"בבית אני עוזר/ת ב___, ואני מרגיש/ה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יש לה שני _______ קטנים.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הדבר הקשה ביותר הוא ה_______.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הדס מבקשת: שיגידו לה _______, שיהיה לה יום חופשי, ושיזכרו שהיא עדיין ילדה.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🏕️ הלילה שבו נגמר החשמל באכסניה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סיפור קצר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טיול  ·  חשמל  ·  פנס  ·  מעגל  ·  סיפור  ·  חברות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נגה לא רצתה לצאת לטיול השנתי. היא אוהבת שקט וספרים. היא ישנה בחדר עם חמש בנות.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בערב הבנות התווכחו, וכל אחת הייתה עסוקה בעצמה.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פתאום החשמל נפל. היה חושך גדול. רק לנגה היה פנס. כולן ישבו במעגל על השטיח.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כל אחת סיפרה סיפור. הבנות צחקו, הקשיבו ועזרו זו לזו. נגה סיפרה שקשה לה בהפסקות.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החשמל חזר, אבל הבנות רצו להמשיך. אחרי הטיול נגה ניגשה אליהן בהפסקה ושאלה: "רוצות לשמוע סיפור?"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אישור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מכתב חתום שאומר שמותר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מוחלט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לגמרי, ב־100%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תקלה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משהו שהתקלקל ולא עובד כמו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מביך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שגורם להרגיש לא נוח, להתבייש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טיול  ·  חשמל  ·  פנס  ·  מעגל  ·  סיפור  ·  חברות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למה נגה לא רצתה לנסוע לטיול?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כי היא חולה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כי אין לה תיק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כי היא אוהבת שקט וספרים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קרה בלילה?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ירד שלג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החשמל נפל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הגיע אוטובוס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היה רק לנגה?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עשו הבנות בחושך?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"פעם, בטיול, אני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נגה לא רצתה לצאת ל_______ השנתי.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פתאום ה_______ נפל.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רק לנגה היה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כולן ישבו ב_______ על השטיח.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כל אחת סיפרה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👟 מכנסיים רחבים, נעלי בד וסיכות בשיער: האופנה שחוזרת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אופנה  ·  חוזרת  ·  הורים  ·  געגוע  ·  סביבה  ·  החלפה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עדי מצאה תמונה ישנה של אמא שלה בגיל 13. אמא לבשה מכנסיים רחבים ונעלי בד – בדיוק כמו עדי היום!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מעצבים קוראים לזה "מעגל האופנה": בגדים נעלמים, ואחרי שנים הם חוזרים.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למה? יש שלוש סיבות: געגוע לתקופה ישנה, חברות שרוצות למכור "חדש", ורצון של בני נוער להיות שונים.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יש בני נוער שלובשים בגדים של ההורים. זו גם דרך לדבר עם ההורים על העבר.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לבגדים ישנים יש גם יתרון לסביבה: לא צריך לייצר בגד חדש. יש בתי ספר שעושים "יריד החלפות".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יוצא דופן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מיוחד, שונה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סגנון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הדרך המיוחדת שבה משהו נראה או נעשה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געגוע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רצון חזק במשהו או במישהו שאינו כאן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מאפס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מההתחלה, בלי שום דבר קיים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אופנה  ·  חוזרת  ·  הורים  ·  געגוע  ·  סביבה  ·  החלפה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לבשה אמא של עדי בתמונה?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מכנסיים רחבים ונעלי בד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חליפה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שמלה ארוכה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זה "מעגל האופנה"?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בגדים ישנים חוזרים להיות באופנה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חנות חדשה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בגדים עגולים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סיבה אחת לכך שהאופנה חוזרת.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עושים ב"יריד החלפות"?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"בגד ישן שהייתי רוצה ללבוש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מעצבים קוראים לזה "מעגל ה_______": בגדים נעלמים, ואחרי שנים הם חוזרים.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יש בני נוער שלובשים בגדים של ה_______.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יש שלוש סיבות: _______ לתקופה ישנה, חברות שרוצות למכור "חדש", ורצון של בני נוער להיות שונים.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לבגדים ישנים יש גם יתרון ל_______: לא צריך לייצר בגד חדש.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🐶 חבר עם ארבע רגליים: האם חיות מחמד משפרות את מצב הרוח?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טקסט מידעי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כלב  ·  חתול  ·  לחץ  ·  שגרה  ·  אחריות  ·  משפחה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נטע בת 12. יש לה כלב בשם פלפל. כשהיא חוזרת עצובה, פלפל קופץ עליה בשמחה, והיא מרגישה טוב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מחקרים מצאו שליטוף של כלב או חתול יכול להרגיע. בעלי כלבים גם יוצאים יותר להליכות.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אבל חיית מחמד היא לא תרופה. צריך לדאוג לה כל יום.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למה זה עוזר? החיה מקבלת אותנו כמו שאנחנו. יש שגרה קבועה. אנחנו לומדים אחריות.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לפני שמאמצים צריך לשאול: מי יטייל עם הכלב? מי ישלם? זו החלטה של כל המשפחה.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סקר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שאלות ששואלים הרבה אנשים כדי לדעת מה הם חושבים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מאולפים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שלימדו אותם להתנהג בצורה מסוימת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מורכבת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לא פשוטה, יש בה כמה צדדים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בן לוויה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מי שנמצא איתך והולך איתך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כלב  ·  חתול  ·  לחץ  ·  שגרה  ·  אחריות  ·  משפחה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איך קוראים לכלב של נטע?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שוקו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מלך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פלפל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עוזר להירגע, לפי המחקרים?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ללטף כלב או חתול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לצעוק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לא לישון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דבר אחד שצריך לבדוק לפני שמאמצים.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עשתה נטע כדי לשכנע את ההורים?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"אם הייתה לי חיית מחמד, הייתי דואג/ת לה כך: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יש לה _______ בשם פלפל.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מחקרים מצאו שליטוף של כלב או _______ יכול להרגיע.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יש _______ קבועה.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אנחנו לומדים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זו החלטה של כל ה_______.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1 – מאגר טקסטים לכיתה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